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2117" w14:textId="77777777" w:rsidR="00451D22" w:rsidRDefault="00000000">
      <w:pPr>
        <w:keepNext/>
        <w:spacing w:before="20" w:after="40"/>
        <w:jc w:val="center"/>
      </w:pPr>
      <w:r>
        <w:rPr>
          <w:b/>
          <w:color w:val="102A43"/>
          <w:sz w:val="33"/>
        </w:rPr>
        <w:t>AVISO DE PRIVACIDAD Y CONSENTIMIENTO</w:t>
      </w:r>
    </w:p>
    <w:p w14:paraId="394041A1" w14:textId="77777777" w:rsidR="00451D22" w:rsidRDefault="00000000">
      <w:pPr>
        <w:keepNext/>
        <w:spacing w:after="120"/>
        <w:jc w:val="center"/>
      </w:pPr>
      <w:r>
        <w:rPr>
          <w:b/>
          <w:color w:val="C8A227"/>
          <w:sz w:val="19"/>
        </w:rPr>
        <w:t>Tratamiento de datos personales para el registro del Diplomado Universitario</w:t>
      </w:r>
    </w:p>
    <w:p w14:paraId="712281E5" w14:textId="77777777" w:rsidR="00451D22" w:rsidRDefault="00000000">
      <w:pPr>
        <w:spacing w:after="100"/>
        <w:jc w:val="right"/>
      </w:pPr>
      <w:r>
        <w:rPr>
          <w:color w:val="5A6573"/>
          <w:sz w:val="17"/>
        </w:rPr>
        <w:t>Lugar y fecha: Lagos de Moreno, Jalisco  |  ____ / ____ / ______</w:t>
      </w:r>
    </w:p>
    <w:p w14:paraId="53DE282C" w14:textId="77777777" w:rsidR="00451D22" w:rsidRDefault="00000000">
      <w:pPr>
        <w:spacing w:after="40"/>
      </w:pPr>
      <w:r>
        <w:rPr>
          <w:b/>
          <w:color w:val="102A43"/>
          <w:sz w:val="19"/>
        </w:rPr>
        <w:t>A la persona participante:</w:t>
      </w:r>
    </w:p>
    <w:p w14:paraId="0CB8151A" w14:textId="77777777" w:rsidR="00451D22" w:rsidRDefault="00000000">
      <w:r>
        <w:t>INGENNYA EHS informa que los datos personales y documentos que proporcione durante su proceso de inscripción serán tratados de forma confidencial y utilizados únicamente para gestionar su registro y los procesos administrativos y académicos relacionados con el Diplomado Universitario en Seguridad Industrial, Salud, Medio Ambiente y Primeros Auxilios.</w:t>
      </w:r>
    </w:p>
    <w:p w14:paraId="0D0E3641" w14:textId="77777777" w:rsidR="00451D22" w:rsidRDefault="00000000">
      <w:pPr>
        <w:keepNext/>
        <w:spacing w:before="80" w:after="40"/>
      </w:pPr>
      <w:r>
        <w:rPr>
          <w:b/>
          <w:color w:val="102A43"/>
          <w:sz w:val="20"/>
        </w:rPr>
        <w:t>1. DATOS QUE PUEDEN RECABARSE Y FINALIDAD</w:t>
      </w:r>
    </w:p>
    <w:p w14:paraId="75440ABE" w14:textId="77777777" w:rsidR="00451D22" w:rsidRDefault="00000000">
      <w:pPr>
        <w:spacing w:after="40"/>
      </w:pPr>
      <w:r>
        <w:rPr>
          <w:sz w:val="17"/>
        </w:rPr>
        <w:t>Según corresponda al trámite, pueden recabarse nombre, datos de contacto, institución, carrera o puesto, contacto de emergencia, documentos de identificación o soporte solicitados y comprobantes de pago relacionados con la inscripción. Se utilizarán exclusivamente para:</w:t>
      </w:r>
    </w:p>
    <w:p w14:paraId="4E5CFE87" w14:textId="77777777" w:rsidR="00451D22" w:rsidRDefault="00000000">
      <w:pPr>
        <w:spacing w:after="30" w:line="245" w:lineRule="auto"/>
        <w:ind w:left="230" w:hanging="173"/>
      </w:pPr>
      <w:r>
        <w:rPr>
          <w:b/>
          <w:color w:val="C8A227"/>
        </w:rPr>
        <w:t xml:space="preserve">• </w:t>
      </w:r>
      <w:r>
        <w:rPr>
          <w:b/>
          <w:color w:val="102A43"/>
          <w:sz w:val="17"/>
        </w:rPr>
        <w:t xml:space="preserve">Registro y expediente: </w:t>
      </w:r>
      <w:r>
        <w:rPr>
          <w:sz w:val="17"/>
        </w:rPr>
        <w:t>integrar, verificar y mantener el registro del alumno y la documentación necesaria.</w:t>
      </w:r>
    </w:p>
    <w:p w14:paraId="609D6346" w14:textId="77777777" w:rsidR="00451D22" w:rsidRDefault="00000000">
      <w:pPr>
        <w:spacing w:after="30" w:line="245" w:lineRule="auto"/>
        <w:ind w:left="230" w:hanging="173"/>
      </w:pPr>
      <w:r>
        <w:rPr>
          <w:b/>
          <w:color w:val="C8A227"/>
        </w:rPr>
        <w:t xml:space="preserve">• </w:t>
      </w:r>
      <w:r>
        <w:rPr>
          <w:b/>
          <w:color w:val="102A43"/>
          <w:sz w:val="17"/>
        </w:rPr>
        <w:t xml:space="preserve">Gestión académica: </w:t>
      </w:r>
      <w:r>
        <w:rPr>
          <w:sz w:val="17"/>
        </w:rPr>
        <w:t>administrar asistencia, participación, evaluación, seguimiento y emisión de constancias o documentos académicos correspondientes.</w:t>
      </w:r>
    </w:p>
    <w:p w14:paraId="10F6534B" w14:textId="77777777" w:rsidR="00451D22" w:rsidRDefault="00000000">
      <w:pPr>
        <w:spacing w:after="30" w:line="245" w:lineRule="auto"/>
        <w:ind w:left="230" w:hanging="173"/>
      </w:pPr>
      <w:r>
        <w:rPr>
          <w:b/>
          <w:color w:val="C8A227"/>
        </w:rPr>
        <w:t xml:space="preserve">• </w:t>
      </w:r>
      <w:r>
        <w:rPr>
          <w:b/>
          <w:color w:val="102A43"/>
          <w:sz w:val="17"/>
        </w:rPr>
        <w:t xml:space="preserve">Comunicación del programa: </w:t>
      </w:r>
      <w:r>
        <w:rPr>
          <w:sz w:val="17"/>
        </w:rPr>
        <w:t>enviar avisos logísticos, académicos y administrativos relacionados directamente con el diplomado.</w:t>
      </w:r>
    </w:p>
    <w:p w14:paraId="54E61613" w14:textId="77777777" w:rsidR="00451D22" w:rsidRDefault="00000000">
      <w:pPr>
        <w:keepNext/>
        <w:spacing w:before="80" w:after="40"/>
      </w:pPr>
      <w:r>
        <w:rPr>
          <w:b/>
          <w:color w:val="102A43"/>
          <w:sz w:val="20"/>
        </w:rPr>
        <w:t>2. USO NO COMERCIAL Y NO TRANSFERENCIA A TERCEROS</w:t>
      </w:r>
    </w:p>
    <w:p w14:paraId="19E9A8BA" w14:textId="77777777" w:rsidR="00451D22" w:rsidRDefault="00000000">
      <w:pPr>
        <w:spacing w:after="60"/>
      </w:pPr>
      <w:r>
        <w:rPr>
          <w:sz w:val="17"/>
        </w:rPr>
        <w:t>Los datos y documentos recabados no se utilizarán para lucrar mediante su venta, renta, cesión o comercialización. No serán compartidos, cedidos ni transferidos a asociaciones, patrocinadores, empresas u otras terceras personas para sus propios fines, publicidad o prospección comercial. El acceso quedará limitado al personal autorizado de INGENNYA EHS que necesite la información para cumplir las finalidades descritas. Únicamente podrán comunicarse datos cuando exista una obligación legal o un requerimiento emitido por autoridad competente.</w:t>
      </w:r>
    </w:p>
    <w:p w14:paraId="33FAA889" w14:textId="77777777" w:rsidR="00451D22" w:rsidRDefault="00000000">
      <w:pPr>
        <w:keepNext/>
        <w:spacing w:before="80" w:after="40"/>
      </w:pPr>
      <w:r>
        <w:rPr>
          <w:b/>
          <w:color w:val="102A43"/>
          <w:sz w:val="20"/>
        </w:rPr>
        <w:t>3. CONFIDENCIALIDAD, RESGUARDO Y CONSERVACIÓN</w:t>
      </w:r>
    </w:p>
    <w:p w14:paraId="322055C1" w14:textId="77777777" w:rsidR="00451D22" w:rsidRDefault="00000000">
      <w:pPr>
        <w:spacing w:after="60"/>
      </w:pPr>
      <w:r>
        <w:rPr>
          <w:sz w:val="17"/>
        </w:rPr>
        <w:t>INGENNYA EHS aplicará medidas razonables de administración y resguardo para evitar el acceso, uso, alteración o divulgación no autorizados. La información se conservará durante el tiempo necesario para atender el registro y las obligaciones académicas y administrativas correspondientes; posteriormente se eliminará o dejará de identificar a la persona, cuando proceda, salvo que exista una obligación legal de conservación.</w:t>
      </w:r>
    </w:p>
    <w:p w14:paraId="1D86999E" w14:textId="77777777" w:rsidR="00451D22" w:rsidRDefault="00000000">
      <w:pPr>
        <w:keepNext/>
        <w:spacing w:before="80" w:after="40"/>
      </w:pPr>
      <w:r>
        <w:rPr>
          <w:b/>
          <w:color w:val="102A43"/>
          <w:sz w:val="20"/>
        </w:rPr>
        <w:t>4. CONSULTAS Y DERECHOS DE LA PERSONA TITULAR</w:t>
      </w:r>
    </w:p>
    <w:p w14:paraId="4FC00755" w14:textId="4E408610" w:rsidR="00451D22" w:rsidRDefault="00000000">
      <w:r>
        <w:rPr>
          <w:sz w:val="17"/>
        </w:rPr>
        <w:t xml:space="preserve">Para solicitar acceso o corrección de sus datos, pedir su cancelación u oponerse a determinados usos, así como para plantear dudas sobre este aviso, la persona titular podrá escribir a ingennyaehs26@gmail.com o comunicarse al </w:t>
      </w:r>
      <w:r w:rsidR="00D90E93">
        <w:rPr>
          <w:sz w:val="17"/>
        </w:rPr>
        <w:t>4742076848</w:t>
      </w:r>
      <w:r>
        <w:rPr>
          <w:sz w:val="17"/>
        </w:rPr>
        <w:t>. INGENNYA EHS podrá solicitar información razonable para verificar la identidad de quien formule la petición.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88"/>
      </w:tblGrid>
      <w:tr w:rsidR="00451D22" w14:paraId="5C495A46" w14:textId="77777777">
        <w:trPr>
          <w:jc w:val="center"/>
        </w:trPr>
        <w:tc>
          <w:tcPr>
            <w:tcW w:w="9288" w:type="dxa"/>
            <w:tcBorders>
              <w:top w:val="single" w:sz="8" w:space="0" w:color="C8A227"/>
              <w:left w:val="single" w:sz="8" w:space="0" w:color="C8A227"/>
              <w:bottom w:val="single" w:sz="8" w:space="0" w:color="C8A227"/>
              <w:right w:val="single" w:sz="8" w:space="0" w:color="C8A227"/>
            </w:tcBorders>
            <w:shd w:val="clear" w:color="auto" w:fill="FFF7E0"/>
            <w:vAlign w:val="center"/>
          </w:tcPr>
          <w:p w14:paraId="14E625EB" w14:textId="77777777" w:rsidR="00451D22" w:rsidRDefault="00000000">
            <w:pPr>
              <w:keepLines/>
              <w:spacing w:before="60" w:after="60" w:line="247" w:lineRule="auto"/>
            </w:pPr>
            <w:r>
              <w:rPr>
                <w:b/>
                <w:color w:val="102A43"/>
              </w:rPr>
              <w:t xml:space="preserve">ACEPTACIÓN Y CONSENTIMIENTO. </w:t>
            </w:r>
            <w:r>
              <w:rPr>
                <w:sz w:val="17"/>
              </w:rPr>
              <w:t>Declaro que he leído y comprendido este aviso. Acepto que los datos personales y documentos que entregue sean utilizados para las finalidades de registro, gestión académica y administración del diplomado descritas en este documento, y entiendo que no serán comercializados ni transferidos a terceros, salvo la excepción legal indicada.</w:t>
            </w:r>
          </w:p>
        </w:tc>
      </w:tr>
    </w:tbl>
    <w:p w14:paraId="05190839" w14:textId="77777777" w:rsidR="00451D22" w:rsidRDefault="00000000">
      <w:pPr>
        <w:spacing w:before="80" w:after="40"/>
      </w:pPr>
      <w:r>
        <w:rPr>
          <w:b/>
          <w:color w:val="102A43"/>
        </w:rPr>
        <w:t>Marque una opción:   [  ] Acepto el tratamiento descrito     [  ] No acepto</w:t>
      </w:r>
    </w:p>
    <w:p w14:paraId="2C5D2F8D" w14:textId="77777777" w:rsidR="00451D22" w:rsidRDefault="00000000">
      <w:pPr>
        <w:spacing w:after="60"/>
      </w:pPr>
      <w:r>
        <w:rPr>
          <w:sz w:val="17"/>
        </w:rPr>
        <w:t>Nombre completo: __________________________________________________________________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451D22" w14:paraId="42D3DBDD" w14:textId="77777777">
        <w:trPr>
          <w:jc w:val="center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5FA95" w14:textId="77777777" w:rsidR="00451D22" w:rsidRDefault="00000000">
            <w:pPr>
              <w:keepLines/>
              <w:spacing w:after="20"/>
              <w:jc w:val="center"/>
            </w:pPr>
            <w:r>
              <w:rPr>
                <w:color w:val="5A6573"/>
              </w:rPr>
              <w:t>_________________________________</w:t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EF1C" w14:textId="77777777" w:rsidR="00451D22" w:rsidRDefault="00000000">
            <w:pPr>
              <w:keepLines/>
              <w:spacing w:after="20"/>
              <w:jc w:val="center"/>
            </w:pPr>
            <w:r>
              <w:rPr>
                <w:color w:val="5A6573"/>
              </w:rPr>
              <w:t>____ / ____ / ______</w:t>
            </w:r>
          </w:p>
        </w:tc>
      </w:tr>
      <w:tr w:rsidR="00451D22" w14:paraId="137EC625" w14:textId="77777777">
        <w:trPr>
          <w:jc w:val="center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68D31" w14:textId="77777777" w:rsidR="00451D22" w:rsidRDefault="00000000">
            <w:pPr>
              <w:keepLines/>
              <w:spacing w:after="0"/>
              <w:jc w:val="center"/>
            </w:pPr>
            <w:r>
              <w:rPr>
                <w:b/>
                <w:color w:val="102A43"/>
                <w:sz w:val="16"/>
              </w:rPr>
              <w:t>Firma del participante (si acepta)</w:t>
            </w:r>
          </w:p>
        </w:tc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37DD3" w14:textId="77777777" w:rsidR="00451D22" w:rsidRDefault="00000000">
            <w:pPr>
              <w:keepLines/>
              <w:spacing w:after="0"/>
              <w:jc w:val="center"/>
            </w:pPr>
            <w:r>
              <w:rPr>
                <w:b/>
                <w:color w:val="102A43"/>
                <w:sz w:val="16"/>
              </w:rPr>
              <w:t>Fecha de firma</w:t>
            </w:r>
          </w:p>
        </w:tc>
      </w:tr>
    </w:tbl>
    <w:p w14:paraId="01843FA7" w14:textId="77777777" w:rsidR="00451D22" w:rsidRDefault="00000000">
      <w:pPr>
        <w:spacing w:before="80" w:after="0"/>
        <w:jc w:val="center"/>
      </w:pPr>
      <w:r>
        <w:rPr>
          <w:b/>
          <w:color w:val="C8A227"/>
          <w:sz w:val="16"/>
        </w:rPr>
        <w:t>Contacto: 474 149 5942  |  ingennyaehs26@gmail.com  |  “Juntos creamos un entorno seguro”</w:t>
      </w:r>
    </w:p>
    <w:sectPr w:rsidR="00451D22" w:rsidSect="00034616">
      <w:headerReference w:type="default" r:id="rId8"/>
      <w:footerReference w:type="default" r:id="rId9"/>
      <w:pgSz w:w="11906" w:h="16838"/>
      <w:pgMar w:top="1219" w:right="1020" w:bottom="964" w:left="1020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6196C" w14:textId="77777777" w:rsidR="009E01B4" w:rsidRDefault="009E01B4">
      <w:pPr>
        <w:spacing w:after="0" w:line="240" w:lineRule="auto"/>
      </w:pPr>
      <w:r>
        <w:separator/>
      </w:r>
    </w:p>
  </w:endnote>
  <w:endnote w:type="continuationSeparator" w:id="0">
    <w:p w14:paraId="4301F528" w14:textId="77777777" w:rsidR="009E01B4" w:rsidRDefault="009E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17A9" w14:textId="77777777" w:rsidR="00451D22" w:rsidRDefault="00000000">
    <w:pPr>
      <w:pStyle w:val="Piedepgina"/>
      <w:jc w:val="center"/>
    </w:pPr>
    <w:r>
      <w:rPr>
        <w:color w:val="5A6573"/>
        <w:sz w:val="15"/>
      </w:rPr>
      <w:t>INGENNYA EHS  •  Juntos creamos un entorno seguro  •  Aviso de privacidad y consentimiento de datos personales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FE97F" w14:textId="77777777" w:rsidR="009E01B4" w:rsidRDefault="009E01B4">
      <w:pPr>
        <w:spacing w:after="0" w:line="240" w:lineRule="auto"/>
      </w:pPr>
      <w:r>
        <w:separator/>
      </w:r>
    </w:p>
  </w:footnote>
  <w:footnote w:type="continuationSeparator" w:id="0">
    <w:p w14:paraId="54952FC0" w14:textId="77777777" w:rsidR="009E01B4" w:rsidRDefault="009E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E76E3" w14:textId="77777777" w:rsidR="00451D22" w:rsidRDefault="00451D22">
    <w:pPr>
      <w:pStyle w:val="Encabezado"/>
      <w:spacing w:line="20" w:lineRule="exact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876"/>
      <w:gridCol w:w="4876"/>
    </w:tblGrid>
    <w:tr w:rsidR="00451D22" w14:paraId="683811A8" w14:textId="77777777">
      <w:trPr>
        <w:jc w:val="center"/>
      </w:trPr>
      <w:tc>
        <w:tcPr>
          <w:tcW w:w="4876" w:type="dxa"/>
          <w:tcBorders>
            <w:bottom w:val="single" w:sz="18" w:space="0" w:color="C8A227"/>
          </w:tcBorders>
          <w:tcMar>
            <w:top w:w="20" w:type="dxa"/>
            <w:left w:w="50" w:type="dxa"/>
            <w:bottom w:w="60" w:type="dxa"/>
            <w:right w:w="50" w:type="dxa"/>
          </w:tcMar>
          <w:vAlign w:val="center"/>
        </w:tcPr>
        <w:p w14:paraId="64B3A2FA" w14:textId="77777777" w:rsidR="00451D22" w:rsidRDefault="00000000">
          <w:pPr>
            <w:spacing w:after="0"/>
          </w:pPr>
          <w:r>
            <w:rPr>
              <w:b/>
              <w:color w:val="102A43"/>
              <w:sz w:val="38"/>
            </w:rPr>
            <w:t>INGENNYA</w:t>
          </w:r>
        </w:p>
        <w:p w14:paraId="5A8039B8" w14:textId="77777777" w:rsidR="00451D22" w:rsidRDefault="00000000">
          <w:pPr>
            <w:spacing w:after="0" w:line="240" w:lineRule="auto"/>
          </w:pPr>
          <w:r>
            <w:rPr>
              <w:b/>
              <w:color w:val="C8A227"/>
              <w:sz w:val="13"/>
            </w:rPr>
            <w:t>SEGURIDAD • SALUD • MEDIO AMBIENTE</w:t>
          </w:r>
        </w:p>
      </w:tc>
      <w:tc>
        <w:tcPr>
          <w:tcW w:w="4876" w:type="dxa"/>
          <w:tcBorders>
            <w:bottom w:val="single" w:sz="18" w:space="0" w:color="C8A227"/>
          </w:tcBorders>
          <w:tcMar>
            <w:top w:w="20" w:type="dxa"/>
            <w:left w:w="50" w:type="dxa"/>
            <w:bottom w:w="60" w:type="dxa"/>
            <w:right w:w="50" w:type="dxa"/>
          </w:tcMar>
          <w:vAlign w:val="center"/>
        </w:tcPr>
        <w:p w14:paraId="04332D13" w14:textId="77777777" w:rsidR="00451D22" w:rsidRDefault="00000000">
          <w:pPr>
            <w:spacing w:after="0"/>
            <w:jc w:val="right"/>
          </w:pPr>
          <w:r>
            <w:rPr>
              <w:b/>
              <w:color w:val="C8A227"/>
              <w:sz w:val="16"/>
            </w:rPr>
            <w:t>JUNTOS CREAMOS UN ENTORNO SEGURO</w:t>
          </w:r>
        </w:p>
        <w:p w14:paraId="3A54F497" w14:textId="77777777" w:rsidR="00451D22" w:rsidRDefault="00000000">
          <w:pPr>
            <w:spacing w:after="0"/>
            <w:jc w:val="right"/>
          </w:pPr>
          <w:r>
            <w:rPr>
              <w:color w:val="5A6573"/>
              <w:sz w:val="14"/>
            </w:rPr>
            <w:t>474 149 5942  |  ingennyaehs26@gmail.com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4196315">
    <w:abstractNumId w:val="8"/>
  </w:num>
  <w:num w:numId="2" w16cid:durableId="168524316">
    <w:abstractNumId w:val="6"/>
  </w:num>
  <w:num w:numId="3" w16cid:durableId="1579435430">
    <w:abstractNumId w:val="5"/>
  </w:num>
  <w:num w:numId="4" w16cid:durableId="1970015839">
    <w:abstractNumId w:val="4"/>
  </w:num>
  <w:num w:numId="5" w16cid:durableId="1161579406">
    <w:abstractNumId w:val="7"/>
  </w:num>
  <w:num w:numId="6" w16cid:durableId="1700205204">
    <w:abstractNumId w:val="3"/>
  </w:num>
  <w:num w:numId="7" w16cid:durableId="802425395">
    <w:abstractNumId w:val="2"/>
  </w:num>
  <w:num w:numId="8" w16cid:durableId="1396901811">
    <w:abstractNumId w:val="1"/>
  </w:num>
  <w:num w:numId="9" w16cid:durableId="60458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1D22"/>
    <w:rsid w:val="009E01B4"/>
    <w:rsid w:val="00AA1D8D"/>
    <w:rsid w:val="00B47730"/>
    <w:rsid w:val="00CB0664"/>
    <w:rsid w:val="00D90E93"/>
    <w:rsid w:val="00DD44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FA118B"/>
  <w14:defaultImageDpi w14:val="300"/>
  <w15:docId w15:val="{B9635E15-5E51-47EC-8823-20376599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rial" w:eastAsia="Arial" w:hAnsi="Arial"/>
      <w:color w:val="202A35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privacidad y consentimiento - INGENNYA EHS</dc:title>
  <dc:subject>Tratamiento de datos personales para registro al diplomado</dc:subject>
  <dc:creator>INGENNYA EHS</dc:creator>
  <cp:keywords>INGENNYA, aviso de privacidad, registro de alumnos</cp:keywords>
  <dc:description>generated by python-docx</dc:description>
  <cp:lastModifiedBy>Israel Murguia</cp:lastModifiedBy>
  <cp:revision>2</cp:revision>
  <dcterms:created xsi:type="dcterms:W3CDTF">2013-12-23T23:15:00Z</dcterms:created>
  <dcterms:modified xsi:type="dcterms:W3CDTF">2026-10-18T03:40:00Z</dcterms:modified>
  <cp:category/>
</cp:coreProperties>
</file>