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BA55F" w14:textId="77777777" w:rsidR="00430075" w:rsidRDefault="00126F6D">
      <w:pPr>
        <w:keepLines/>
        <w:spacing w:before="60" w:after="20"/>
        <w:jc w:val="center"/>
      </w:pPr>
      <w:r>
        <w:rPr>
          <w:b/>
          <w:color w:val="102A43"/>
          <w:sz w:val="32"/>
        </w:rPr>
        <w:t>CARTA DE INSCRIPCIÓN</w:t>
      </w:r>
    </w:p>
    <w:p w14:paraId="334400C2" w14:textId="77777777" w:rsidR="00430075" w:rsidRDefault="00126F6D">
      <w:pPr>
        <w:keepLines/>
        <w:spacing w:after="160"/>
        <w:jc w:val="center"/>
      </w:pPr>
      <w:r>
        <w:rPr>
          <w:b/>
          <w:color w:val="C8A227"/>
        </w:rPr>
        <w:t>Diplomado Universitario en Seguridad Industrial, Salud, Medio Ambiente y Primeros Auxilios</w:t>
      </w:r>
    </w:p>
    <w:p w14:paraId="52DDF036" w14:textId="77777777" w:rsidR="00430075" w:rsidRDefault="00126F6D">
      <w:pPr>
        <w:keepLines/>
        <w:spacing w:after="140"/>
        <w:jc w:val="right"/>
      </w:pPr>
      <w:r>
        <w:rPr>
          <w:color w:val="5A6573"/>
          <w:sz w:val="17"/>
        </w:rPr>
        <w:t>Lugar y fecha: Lagos de Moreno, Jalisco  |  ____ / ____ / ______</w:t>
      </w:r>
    </w:p>
    <w:p w14:paraId="27552A60" w14:textId="77777777" w:rsidR="00430075" w:rsidRDefault="00126F6D">
      <w:pPr>
        <w:keepLines/>
      </w:pPr>
      <w:r>
        <w:rPr>
          <w:b/>
          <w:color w:val="102A43"/>
        </w:rPr>
        <w:t>A la Coordinación Académica de INGENNYA EHS:</w:t>
      </w:r>
    </w:p>
    <w:p w14:paraId="094767CA" w14:textId="77777777" w:rsidR="00430075" w:rsidRDefault="00126F6D">
      <w:pPr>
        <w:keepLines/>
        <w:spacing w:after="100"/>
      </w:pPr>
      <w:r>
        <w:t>Por medio de la presente solicito formalmente mi inscripción al programa indicado y manifiesto mi interés en participar en sus actividades académicas y prácticas, de acuerdo con la información y los lineamientos que comunique la Coordinación.</w:t>
      </w:r>
    </w:p>
    <w:p w14:paraId="13656BBB" w14:textId="77777777" w:rsidR="00430075" w:rsidRDefault="00126F6D">
      <w:pPr>
        <w:keepNext/>
        <w:spacing w:before="100" w:after="60"/>
      </w:pPr>
      <w:r>
        <w:rPr>
          <w:b/>
          <w:color w:val="102A43"/>
          <w:sz w:val="21"/>
        </w:rPr>
        <w:t>1. DATOS DEL PARTICIPANTE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7654"/>
      </w:tblGrid>
      <w:tr w:rsidR="00430075" w14:paraId="65CCF42F" w14:textId="77777777">
        <w:trPr>
          <w:jc w:val="center"/>
        </w:trPr>
        <w:tc>
          <w:tcPr>
            <w:tcW w:w="1928" w:type="dxa"/>
            <w:tcBorders>
              <w:bottom w:val="single" w:sz="4" w:space="0" w:color="D6DCE4"/>
            </w:tcBorders>
            <w:shd w:val="clear" w:color="auto" w:fill="F4F6F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4E29304" w14:textId="77777777" w:rsidR="00430075" w:rsidRDefault="00126F6D">
            <w:r>
              <w:rPr>
                <w:b/>
                <w:color w:val="102A43"/>
                <w:sz w:val="16"/>
              </w:rPr>
              <w:t>Nombre completo</w:t>
            </w:r>
          </w:p>
        </w:tc>
        <w:tc>
          <w:tcPr>
            <w:tcW w:w="7654" w:type="dxa"/>
            <w:tcBorders>
              <w:bottom w:val="single" w:sz="4" w:space="0" w:color="D6DCE4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32ECF20" w14:textId="77777777" w:rsidR="00430075" w:rsidRDefault="00126F6D">
            <w:r>
              <w:rPr>
                <w:sz w:val="16"/>
              </w:rPr>
              <w:t>________________________________________________________________</w:t>
            </w:r>
          </w:p>
        </w:tc>
      </w:tr>
      <w:tr w:rsidR="00430075" w14:paraId="0CF1C2D8" w14:textId="77777777">
        <w:trPr>
          <w:jc w:val="center"/>
        </w:trPr>
        <w:tc>
          <w:tcPr>
            <w:tcW w:w="1928" w:type="dxa"/>
            <w:tcBorders>
              <w:bottom w:val="single" w:sz="4" w:space="0" w:color="D6DCE4"/>
            </w:tcBorders>
            <w:shd w:val="clear" w:color="auto" w:fill="F4F6F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2C0AF21" w14:textId="77777777" w:rsidR="00430075" w:rsidRDefault="00126F6D">
            <w:r>
              <w:rPr>
                <w:b/>
                <w:color w:val="102A43"/>
                <w:sz w:val="16"/>
              </w:rPr>
              <w:t>Institución / empresa</w:t>
            </w:r>
          </w:p>
        </w:tc>
        <w:tc>
          <w:tcPr>
            <w:tcW w:w="7654" w:type="dxa"/>
            <w:tcBorders>
              <w:bottom w:val="single" w:sz="4" w:space="0" w:color="D6DCE4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50B48B9" w14:textId="77777777" w:rsidR="00430075" w:rsidRDefault="00126F6D">
            <w:r>
              <w:rPr>
                <w:sz w:val="16"/>
              </w:rPr>
              <w:t>________________________________________________________________</w:t>
            </w:r>
          </w:p>
        </w:tc>
      </w:tr>
      <w:tr w:rsidR="00430075" w14:paraId="415CD45B" w14:textId="77777777">
        <w:trPr>
          <w:jc w:val="center"/>
        </w:trPr>
        <w:tc>
          <w:tcPr>
            <w:tcW w:w="1928" w:type="dxa"/>
            <w:tcBorders>
              <w:bottom w:val="single" w:sz="4" w:space="0" w:color="D6DCE4"/>
            </w:tcBorders>
            <w:shd w:val="clear" w:color="auto" w:fill="F4F6F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1CC9696" w14:textId="77777777" w:rsidR="00430075" w:rsidRDefault="00126F6D">
            <w:r>
              <w:rPr>
                <w:b/>
                <w:color w:val="102A43"/>
                <w:sz w:val="16"/>
              </w:rPr>
              <w:t>Carrera, área o puesto</w:t>
            </w:r>
          </w:p>
        </w:tc>
        <w:tc>
          <w:tcPr>
            <w:tcW w:w="7654" w:type="dxa"/>
            <w:tcBorders>
              <w:bottom w:val="single" w:sz="4" w:space="0" w:color="D6DCE4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0B9C23A" w14:textId="77777777" w:rsidR="00430075" w:rsidRDefault="00126F6D">
            <w:r>
              <w:rPr>
                <w:sz w:val="16"/>
              </w:rPr>
              <w:t>________________________________________________________________</w:t>
            </w:r>
          </w:p>
        </w:tc>
      </w:tr>
      <w:tr w:rsidR="00430075" w14:paraId="67B458C2" w14:textId="77777777">
        <w:trPr>
          <w:jc w:val="center"/>
        </w:trPr>
        <w:tc>
          <w:tcPr>
            <w:tcW w:w="1928" w:type="dxa"/>
            <w:tcBorders>
              <w:bottom w:val="single" w:sz="4" w:space="0" w:color="D6DCE4"/>
            </w:tcBorders>
            <w:shd w:val="clear" w:color="auto" w:fill="F4F6F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14B841F" w14:textId="77777777" w:rsidR="00430075" w:rsidRDefault="00126F6D">
            <w:r>
              <w:rPr>
                <w:b/>
                <w:color w:val="102A43"/>
                <w:sz w:val="16"/>
              </w:rPr>
              <w:t>Correo electrónico</w:t>
            </w:r>
          </w:p>
        </w:tc>
        <w:tc>
          <w:tcPr>
            <w:tcW w:w="7654" w:type="dxa"/>
            <w:tcBorders>
              <w:bottom w:val="single" w:sz="4" w:space="0" w:color="D6DCE4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91863AA" w14:textId="77777777" w:rsidR="00430075" w:rsidRDefault="00126F6D">
            <w:r>
              <w:rPr>
                <w:sz w:val="16"/>
              </w:rPr>
              <w:t>________________________________  Teléfono: __________________</w:t>
            </w:r>
          </w:p>
        </w:tc>
      </w:tr>
      <w:tr w:rsidR="00430075" w14:paraId="4E6C6EE9" w14:textId="77777777">
        <w:trPr>
          <w:jc w:val="center"/>
        </w:trPr>
        <w:tc>
          <w:tcPr>
            <w:tcW w:w="1928" w:type="dxa"/>
            <w:tcBorders>
              <w:bottom w:val="single" w:sz="4" w:space="0" w:color="D6DCE4"/>
            </w:tcBorders>
            <w:shd w:val="clear" w:color="auto" w:fill="F4F6F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CBDE8D1" w14:textId="77777777" w:rsidR="00430075" w:rsidRDefault="00126F6D">
            <w:r>
              <w:rPr>
                <w:b/>
                <w:color w:val="102A43"/>
                <w:sz w:val="16"/>
              </w:rPr>
              <w:t>Contacto de emergencia</w:t>
            </w:r>
          </w:p>
        </w:tc>
        <w:tc>
          <w:tcPr>
            <w:tcW w:w="7654" w:type="dxa"/>
            <w:tcBorders>
              <w:bottom w:val="single" w:sz="4" w:space="0" w:color="D6DCE4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C994156" w14:textId="77777777" w:rsidR="00430075" w:rsidRDefault="00126F6D">
            <w:r>
              <w:rPr>
                <w:sz w:val="16"/>
              </w:rPr>
              <w:t>______________________________  Teléfono: __________________</w:t>
            </w:r>
          </w:p>
        </w:tc>
      </w:tr>
    </w:tbl>
    <w:p w14:paraId="30E7C56D" w14:textId="77777777" w:rsidR="00430075" w:rsidRDefault="00126F6D">
      <w:pPr>
        <w:keepNext/>
        <w:spacing w:before="100" w:after="60"/>
      </w:pPr>
      <w:r>
        <w:rPr>
          <w:b/>
          <w:color w:val="102A43"/>
          <w:sz w:val="21"/>
        </w:rPr>
        <w:t>2. DATOS GENERALES DEL DIPLOMADO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430075" w14:paraId="3A1E7DA0" w14:textId="77777777">
        <w:trPr>
          <w:jc w:val="center"/>
        </w:trPr>
        <w:tc>
          <w:tcPr>
            <w:tcW w:w="4933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4F6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8DA5D6" w14:textId="77777777" w:rsidR="00430075" w:rsidRDefault="00126F6D">
            <w:r>
              <w:rPr>
                <w:b/>
                <w:color w:val="102A43"/>
                <w:sz w:val="16"/>
              </w:rPr>
              <w:t>Duración: 6 meses</w:t>
            </w:r>
          </w:p>
        </w:tc>
        <w:tc>
          <w:tcPr>
            <w:tcW w:w="4933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4F6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1FE845" w14:textId="77777777" w:rsidR="00430075" w:rsidRDefault="00126F6D">
            <w:r>
              <w:rPr>
                <w:b/>
                <w:color w:val="102A43"/>
                <w:sz w:val="16"/>
              </w:rPr>
              <w:t>Modalidad: sabatina presencial</w:t>
            </w:r>
          </w:p>
        </w:tc>
      </w:tr>
      <w:tr w:rsidR="00430075" w14:paraId="1E3A94E8" w14:textId="77777777">
        <w:trPr>
          <w:jc w:val="center"/>
        </w:trPr>
        <w:tc>
          <w:tcPr>
            <w:tcW w:w="4933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4F6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C645CE" w14:textId="77777777" w:rsidR="00430075" w:rsidRDefault="00126F6D">
            <w:r>
              <w:rPr>
                <w:b/>
                <w:color w:val="102A43"/>
                <w:sz w:val="16"/>
              </w:rPr>
              <w:t>Carga académica: 130 horas</w:t>
            </w:r>
          </w:p>
        </w:tc>
        <w:tc>
          <w:tcPr>
            <w:tcW w:w="4933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4F6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70D224" w14:textId="77777777" w:rsidR="00430075" w:rsidRDefault="00126F6D">
            <w:r>
              <w:rPr>
                <w:b/>
                <w:color w:val="102A43"/>
                <w:sz w:val="16"/>
              </w:rPr>
              <w:t>Sesiones: 26 sábados, 5 horas sugeridas por sesión</w:t>
            </w:r>
          </w:p>
        </w:tc>
      </w:tr>
    </w:tbl>
    <w:p w14:paraId="486F5C5A" w14:textId="77777777" w:rsidR="00430075" w:rsidRDefault="00126F6D">
      <w:pPr>
        <w:keepNext/>
        <w:spacing w:before="100" w:after="60"/>
      </w:pPr>
      <w:r>
        <w:rPr>
          <w:b/>
          <w:color w:val="102A43"/>
          <w:sz w:val="21"/>
        </w:rPr>
        <w:t>3. CUOTA DE INSCRIPCIÓN Y DESCUENTO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90"/>
        <w:gridCol w:w="2891"/>
      </w:tblGrid>
      <w:tr w:rsidR="00430075" w14:paraId="1A9B3E98" w14:textId="77777777">
        <w:trPr>
          <w:jc w:val="center"/>
        </w:trPr>
        <w:tc>
          <w:tcPr>
            <w:tcW w:w="6690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336BAE4" w14:textId="1E39C811" w:rsidR="00430075" w:rsidRDefault="00126F6D">
            <w:r>
              <w:rPr>
                <w:b/>
                <w:color w:val="102A43"/>
                <w:sz w:val="17"/>
              </w:rPr>
              <w:t>C</w:t>
            </w:r>
            <w:r w:rsidR="00526B9E">
              <w:rPr>
                <w:b/>
                <w:color w:val="102A43"/>
                <w:sz w:val="17"/>
              </w:rPr>
              <w:t xml:space="preserve">OSTO TOTAL </w:t>
            </w:r>
          </w:p>
        </w:tc>
        <w:tc>
          <w:tcPr>
            <w:tcW w:w="2891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5ACA0A3" w14:textId="25F1D3F3" w:rsidR="00430075" w:rsidRDefault="00126F6D">
            <w:r>
              <w:rPr>
                <w:b/>
                <w:color w:val="102A43"/>
                <w:sz w:val="17"/>
              </w:rPr>
              <w:t>$</w:t>
            </w:r>
            <w:r w:rsidR="00526B9E">
              <w:rPr>
                <w:b/>
                <w:color w:val="102A43"/>
                <w:sz w:val="17"/>
              </w:rPr>
              <w:t>12,000</w:t>
            </w:r>
            <w:r>
              <w:rPr>
                <w:b/>
                <w:color w:val="102A43"/>
                <w:sz w:val="17"/>
              </w:rPr>
              <w:t xml:space="preserve"> MXN</w:t>
            </w:r>
          </w:p>
        </w:tc>
      </w:tr>
      <w:tr w:rsidR="00430075" w14:paraId="674A0161" w14:textId="77777777">
        <w:trPr>
          <w:jc w:val="center"/>
        </w:trPr>
        <w:tc>
          <w:tcPr>
            <w:tcW w:w="6690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FF8E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0BD1B98" w14:textId="77777777" w:rsidR="00430075" w:rsidRDefault="00126F6D">
            <w:r>
              <w:rPr>
                <w:sz w:val="17"/>
              </w:rPr>
              <w:t>Descuento promocional (25%)</w:t>
            </w:r>
          </w:p>
        </w:tc>
        <w:tc>
          <w:tcPr>
            <w:tcW w:w="2891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FF8E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1D86FE9" w14:textId="68B76775" w:rsidR="00430075" w:rsidRDefault="00126F6D">
            <w:r>
              <w:rPr>
                <w:b/>
                <w:color w:val="102A43"/>
                <w:sz w:val="17"/>
              </w:rPr>
              <w:t>-$</w:t>
            </w:r>
            <w:r w:rsidR="00526B9E">
              <w:rPr>
                <w:b/>
                <w:color w:val="102A43"/>
                <w:sz w:val="17"/>
              </w:rPr>
              <w:t>3</w:t>
            </w:r>
            <w:r>
              <w:rPr>
                <w:b/>
                <w:color w:val="102A43"/>
                <w:sz w:val="17"/>
              </w:rPr>
              <w:t>,000.00 MXN</w:t>
            </w:r>
          </w:p>
        </w:tc>
      </w:tr>
      <w:tr w:rsidR="00640885" w14:paraId="6128C5FC" w14:textId="77777777">
        <w:trPr>
          <w:jc w:val="center"/>
        </w:trPr>
        <w:tc>
          <w:tcPr>
            <w:tcW w:w="6690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FF8E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E206231" w14:textId="7EC1A1A5" w:rsidR="00640885" w:rsidRDefault="00640885">
            <w:pPr>
              <w:rPr>
                <w:sz w:val="17"/>
              </w:rPr>
            </w:pPr>
            <w:proofErr w:type="spellStart"/>
            <w:r>
              <w:rPr>
                <w:sz w:val="17"/>
              </w:rPr>
              <w:t>Mensualidad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 w:rsidR="007C65E4">
              <w:rPr>
                <w:sz w:val="17"/>
              </w:rPr>
              <w:t>durante</w:t>
            </w:r>
            <w:proofErr w:type="spellEnd"/>
            <w:r w:rsidR="007C65E4">
              <w:rPr>
                <w:sz w:val="17"/>
              </w:rPr>
              <w:t xml:space="preserve"> un period de 6 meses</w:t>
            </w:r>
          </w:p>
        </w:tc>
        <w:tc>
          <w:tcPr>
            <w:tcW w:w="2891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FF8E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B63DD2D" w14:textId="48800079" w:rsidR="00640885" w:rsidRDefault="00BB33C6">
            <w:pPr>
              <w:rPr>
                <w:b/>
                <w:color w:val="102A43"/>
                <w:sz w:val="17"/>
              </w:rPr>
            </w:pPr>
            <w:r>
              <w:rPr>
                <w:b/>
                <w:color w:val="102A43"/>
                <w:sz w:val="17"/>
              </w:rPr>
              <w:t>$ 1,500.00 MXN</w:t>
            </w:r>
          </w:p>
        </w:tc>
      </w:tr>
      <w:tr w:rsidR="00430075" w14:paraId="1EAE9D81" w14:textId="77777777">
        <w:trPr>
          <w:jc w:val="center"/>
        </w:trPr>
        <w:tc>
          <w:tcPr>
            <w:tcW w:w="6690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102A4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D23C7E0" w14:textId="0C468345" w:rsidR="00430075" w:rsidRDefault="00126F6D">
            <w:r>
              <w:rPr>
                <w:b/>
                <w:color w:val="FFFFFF"/>
              </w:rPr>
              <w:t xml:space="preserve">TOTAL A PAGAR POR </w:t>
            </w:r>
            <w:r w:rsidR="00526B9E">
              <w:rPr>
                <w:b/>
                <w:color w:val="FFFFFF"/>
              </w:rPr>
              <w:t>DIPLOMADO</w:t>
            </w:r>
          </w:p>
        </w:tc>
        <w:tc>
          <w:tcPr>
            <w:tcW w:w="2891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102A4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0B79A7F" w14:textId="7260DC1E" w:rsidR="00430075" w:rsidRDefault="00126F6D">
            <w:r>
              <w:rPr>
                <w:b/>
                <w:color w:val="FFFFFF"/>
                <w:sz w:val="20"/>
              </w:rPr>
              <w:t>$</w:t>
            </w:r>
            <w:r w:rsidR="00526B9E">
              <w:rPr>
                <w:b/>
                <w:color w:val="FFFFFF"/>
                <w:sz w:val="20"/>
              </w:rPr>
              <w:t>9</w:t>
            </w:r>
            <w:r>
              <w:rPr>
                <w:b/>
                <w:color w:val="FFFFFF"/>
                <w:sz w:val="20"/>
              </w:rPr>
              <w:t>,000.00 MXN</w:t>
            </w:r>
          </w:p>
        </w:tc>
      </w:tr>
      <w:tr w:rsidR="00430075" w14:paraId="18422839" w14:textId="77777777">
        <w:trPr>
          <w:jc w:val="center"/>
        </w:trPr>
        <w:tc>
          <w:tcPr>
            <w:tcW w:w="6690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4F6F8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BDD2D84" w14:textId="77777777" w:rsidR="00430075" w:rsidRDefault="00126F6D">
            <w:r>
              <w:rPr>
                <w:b/>
                <w:color w:val="102A43"/>
                <w:sz w:val="16"/>
              </w:rPr>
              <w:t>Monto con letra</w:t>
            </w:r>
          </w:p>
        </w:tc>
        <w:tc>
          <w:tcPr>
            <w:tcW w:w="2891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4F6F8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F27E327" w14:textId="5928F469" w:rsidR="00430075" w:rsidRDefault="0014113A">
            <w:proofErr w:type="spellStart"/>
            <w:r>
              <w:rPr>
                <w:sz w:val="16"/>
              </w:rPr>
              <w:t>Nueve</w:t>
            </w:r>
            <w:proofErr w:type="spellEnd"/>
            <w:r w:rsidR="00526B9E">
              <w:rPr>
                <w:sz w:val="16"/>
              </w:rPr>
              <w:t xml:space="preserve"> mil</w:t>
            </w:r>
            <w:r w:rsidR="00126F6D">
              <w:rPr>
                <w:sz w:val="16"/>
              </w:rPr>
              <w:t xml:space="preserve"> pesos 00/100 M.N.</w:t>
            </w:r>
          </w:p>
        </w:tc>
      </w:tr>
    </w:tbl>
    <w:p w14:paraId="3CAA4305" w14:textId="1C28CF73" w:rsidR="00F84964" w:rsidRDefault="00126F6D" w:rsidP="00F84964">
      <w:pPr>
        <w:keepLines/>
        <w:spacing w:before="60"/>
        <w:rPr>
          <w:color w:val="5A6573"/>
          <w:sz w:val="15"/>
        </w:rPr>
      </w:pPr>
      <w:r>
        <w:rPr>
          <w:color w:val="5A6573"/>
          <w:sz w:val="15"/>
        </w:rPr>
        <w:t xml:space="preserve">La </w:t>
      </w:r>
      <w:proofErr w:type="spellStart"/>
      <w:r>
        <w:rPr>
          <w:color w:val="5A6573"/>
          <w:sz w:val="15"/>
        </w:rPr>
        <w:t>cantidad</w:t>
      </w:r>
      <w:proofErr w:type="spellEnd"/>
      <w:r>
        <w:rPr>
          <w:color w:val="5A6573"/>
          <w:sz w:val="15"/>
        </w:rPr>
        <w:t xml:space="preserve"> de $</w:t>
      </w:r>
      <w:r w:rsidR="001B0F8F">
        <w:rPr>
          <w:color w:val="5A6573"/>
          <w:sz w:val="15"/>
        </w:rPr>
        <w:t>9</w:t>
      </w:r>
      <w:r>
        <w:rPr>
          <w:color w:val="5A6573"/>
          <w:sz w:val="15"/>
        </w:rPr>
        <w:t>,000.00 MXN corresponde exclusivamente a la cuota</w:t>
      </w:r>
      <w:r w:rsidR="001B0F8F">
        <w:rPr>
          <w:color w:val="5A6573"/>
          <w:sz w:val="15"/>
        </w:rPr>
        <w:t xml:space="preserve"> total</w:t>
      </w:r>
      <w:r>
        <w:rPr>
          <w:color w:val="5A6573"/>
          <w:sz w:val="15"/>
        </w:rPr>
        <w:t xml:space="preserve"> de</w:t>
      </w:r>
      <w:r w:rsidR="00640885">
        <w:rPr>
          <w:color w:val="5A6573"/>
          <w:sz w:val="15"/>
        </w:rPr>
        <w:t xml:space="preserve">l </w:t>
      </w:r>
      <w:proofErr w:type="spellStart"/>
      <w:r w:rsidR="00640885">
        <w:rPr>
          <w:color w:val="5A6573"/>
          <w:sz w:val="15"/>
        </w:rPr>
        <w:t>diplomado</w:t>
      </w:r>
      <w:proofErr w:type="spellEnd"/>
      <w:r>
        <w:rPr>
          <w:color w:val="5A6573"/>
          <w:sz w:val="15"/>
        </w:rPr>
        <w:t xml:space="preserve"> con el </w:t>
      </w:r>
      <w:proofErr w:type="spellStart"/>
      <w:r>
        <w:rPr>
          <w:color w:val="5A6573"/>
          <w:sz w:val="15"/>
        </w:rPr>
        <w:t>descuento</w:t>
      </w:r>
      <w:proofErr w:type="spellEnd"/>
      <w:r>
        <w:rPr>
          <w:color w:val="5A6573"/>
          <w:sz w:val="15"/>
        </w:rPr>
        <w:t xml:space="preserve"> </w:t>
      </w:r>
      <w:proofErr w:type="spellStart"/>
      <w:r>
        <w:rPr>
          <w:color w:val="5A6573"/>
          <w:sz w:val="15"/>
        </w:rPr>
        <w:t>indicado</w:t>
      </w:r>
      <w:proofErr w:type="spellEnd"/>
      <w:r>
        <w:rPr>
          <w:color w:val="5A6573"/>
          <w:sz w:val="15"/>
        </w:rPr>
        <w:t xml:space="preserve">.  material u otro cargo, si aplica, deberá informarse por escrito antes de </w:t>
      </w:r>
      <w:proofErr w:type="spellStart"/>
      <w:r>
        <w:rPr>
          <w:color w:val="5A6573"/>
          <w:sz w:val="15"/>
        </w:rPr>
        <w:t>que</w:t>
      </w:r>
      <w:proofErr w:type="spellEnd"/>
      <w:r>
        <w:rPr>
          <w:color w:val="5A6573"/>
          <w:sz w:val="15"/>
        </w:rPr>
        <w:t xml:space="preserve"> el </w:t>
      </w:r>
      <w:proofErr w:type="spellStart"/>
      <w:r>
        <w:rPr>
          <w:color w:val="5A6573"/>
          <w:sz w:val="15"/>
        </w:rPr>
        <w:t>participante</w:t>
      </w:r>
      <w:proofErr w:type="spellEnd"/>
      <w:r>
        <w:rPr>
          <w:color w:val="5A6573"/>
          <w:sz w:val="15"/>
        </w:rPr>
        <w:t xml:space="preserve"> </w:t>
      </w:r>
      <w:proofErr w:type="spellStart"/>
      <w:r>
        <w:rPr>
          <w:color w:val="5A6573"/>
          <w:sz w:val="15"/>
        </w:rPr>
        <w:t>asuma</w:t>
      </w:r>
      <w:proofErr w:type="spellEnd"/>
      <w:r>
        <w:rPr>
          <w:color w:val="5A6573"/>
          <w:sz w:val="15"/>
        </w:rPr>
        <w:t xml:space="preserve"> </w:t>
      </w:r>
      <w:proofErr w:type="spellStart"/>
      <w:r>
        <w:rPr>
          <w:color w:val="5A6573"/>
          <w:sz w:val="15"/>
        </w:rPr>
        <w:t>dicho</w:t>
      </w:r>
      <w:proofErr w:type="spellEnd"/>
      <w:r>
        <w:rPr>
          <w:color w:val="5A6573"/>
          <w:sz w:val="15"/>
        </w:rPr>
        <w:t xml:space="preserve"> </w:t>
      </w:r>
      <w:proofErr w:type="spellStart"/>
      <w:r>
        <w:rPr>
          <w:color w:val="5A6573"/>
          <w:sz w:val="15"/>
        </w:rPr>
        <w:t>compromiso</w:t>
      </w:r>
      <w:proofErr w:type="spellEnd"/>
      <w:r>
        <w:rPr>
          <w:color w:val="5A6573"/>
          <w:sz w:val="15"/>
        </w:rPr>
        <w:t>.</w:t>
      </w:r>
      <w:r w:rsidR="000100E1">
        <w:rPr>
          <w:color w:val="5A6573"/>
          <w:sz w:val="15"/>
        </w:rPr>
        <w:br/>
      </w:r>
      <w:r w:rsidR="000100E1">
        <w:rPr>
          <w:color w:val="5A6573"/>
          <w:sz w:val="15"/>
        </w:rPr>
        <w:br/>
        <w:t xml:space="preserve">NOTA: En </w:t>
      </w:r>
      <w:proofErr w:type="spellStart"/>
      <w:r w:rsidR="000100E1">
        <w:rPr>
          <w:color w:val="5A6573"/>
          <w:sz w:val="15"/>
        </w:rPr>
        <w:t>caso</w:t>
      </w:r>
      <w:proofErr w:type="spellEnd"/>
      <w:r w:rsidR="000100E1">
        <w:rPr>
          <w:color w:val="5A6573"/>
          <w:sz w:val="15"/>
        </w:rPr>
        <w:t xml:space="preserve"> de requerir </w:t>
      </w:r>
      <w:proofErr w:type="spellStart"/>
      <w:r w:rsidR="000100E1">
        <w:rPr>
          <w:color w:val="5A6573"/>
          <w:sz w:val="15"/>
        </w:rPr>
        <w:t>facturaci</w:t>
      </w:r>
      <w:r w:rsidR="00662199">
        <w:rPr>
          <w:color w:val="5A6573"/>
          <w:sz w:val="15"/>
        </w:rPr>
        <w:t>ó</w:t>
      </w:r>
      <w:r w:rsidR="000100E1">
        <w:rPr>
          <w:color w:val="5A6573"/>
          <w:sz w:val="15"/>
        </w:rPr>
        <w:t>n</w:t>
      </w:r>
      <w:proofErr w:type="spellEnd"/>
      <w:r w:rsidR="000100E1">
        <w:rPr>
          <w:color w:val="5A6573"/>
          <w:sz w:val="15"/>
        </w:rPr>
        <w:t xml:space="preserve"> </w:t>
      </w:r>
      <w:proofErr w:type="spellStart"/>
      <w:r w:rsidR="00B84A30">
        <w:rPr>
          <w:color w:val="5A6573"/>
          <w:sz w:val="15"/>
        </w:rPr>
        <w:t>ya</w:t>
      </w:r>
      <w:proofErr w:type="spellEnd"/>
      <w:r w:rsidR="00B84A30">
        <w:rPr>
          <w:color w:val="5A6573"/>
          <w:sz w:val="15"/>
        </w:rPr>
        <w:t xml:space="preserve"> sea </w:t>
      </w:r>
      <w:proofErr w:type="spellStart"/>
      <w:r w:rsidR="00B84A30">
        <w:rPr>
          <w:color w:val="5A6573"/>
          <w:sz w:val="15"/>
        </w:rPr>
        <w:t>mensual</w:t>
      </w:r>
      <w:proofErr w:type="spellEnd"/>
      <w:r w:rsidR="00B84A30">
        <w:rPr>
          <w:color w:val="5A6573"/>
          <w:sz w:val="15"/>
        </w:rPr>
        <w:t xml:space="preserve"> o </w:t>
      </w:r>
      <w:proofErr w:type="spellStart"/>
      <w:r w:rsidR="00B84A30">
        <w:rPr>
          <w:color w:val="5A6573"/>
          <w:sz w:val="15"/>
        </w:rPr>
        <w:t>por</w:t>
      </w:r>
      <w:proofErr w:type="spellEnd"/>
      <w:r w:rsidR="00B84A30">
        <w:rPr>
          <w:color w:val="5A6573"/>
          <w:sz w:val="15"/>
        </w:rPr>
        <w:t xml:space="preserve"> </w:t>
      </w:r>
      <w:proofErr w:type="spellStart"/>
      <w:r w:rsidR="00B84A30">
        <w:rPr>
          <w:color w:val="5A6573"/>
          <w:sz w:val="15"/>
        </w:rPr>
        <w:t>una</w:t>
      </w:r>
      <w:proofErr w:type="spellEnd"/>
      <w:r w:rsidR="00B84A30">
        <w:rPr>
          <w:color w:val="5A6573"/>
          <w:sz w:val="15"/>
        </w:rPr>
        <w:t xml:space="preserve"> sola </w:t>
      </w:r>
      <w:proofErr w:type="spellStart"/>
      <w:r w:rsidR="00B84A30">
        <w:rPr>
          <w:color w:val="5A6573"/>
          <w:sz w:val="15"/>
        </w:rPr>
        <w:t>exhibición</w:t>
      </w:r>
      <w:proofErr w:type="spellEnd"/>
      <w:r w:rsidR="00B84A30">
        <w:rPr>
          <w:color w:val="5A6573"/>
          <w:sz w:val="15"/>
        </w:rPr>
        <w:t xml:space="preserve"> favor de </w:t>
      </w:r>
      <w:proofErr w:type="spellStart"/>
      <w:r w:rsidR="00B84A30">
        <w:rPr>
          <w:color w:val="5A6573"/>
          <w:sz w:val="15"/>
        </w:rPr>
        <w:t>proporcionar</w:t>
      </w:r>
      <w:proofErr w:type="spellEnd"/>
      <w:r w:rsidR="00B84A30">
        <w:rPr>
          <w:color w:val="5A6573"/>
          <w:sz w:val="15"/>
        </w:rPr>
        <w:t xml:space="preserve"> sus </w:t>
      </w:r>
      <w:proofErr w:type="spellStart"/>
      <w:r w:rsidR="00B84A30">
        <w:rPr>
          <w:color w:val="5A6573"/>
          <w:sz w:val="15"/>
        </w:rPr>
        <w:t>datos</w:t>
      </w:r>
      <w:proofErr w:type="spellEnd"/>
      <w:r w:rsidR="00B84A30">
        <w:rPr>
          <w:color w:val="5A6573"/>
          <w:sz w:val="15"/>
        </w:rPr>
        <w:t xml:space="preserve"> </w:t>
      </w:r>
    </w:p>
    <w:p w14:paraId="1B97002B" w14:textId="5B58B599" w:rsidR="00F84964" w:rsidRDefault="00C55AC4" w:rsidP="00F84964">
      <w:pPr>
        <w:pStyle w:val="Prrafodelista"/>
        <w:keepLines/>
        <w:numPr>
          <w:ilvl w:val="0"/>
          <w:numId w:val="11"/>
        </w:numPr>
        <w:spacing w:before="60"/>
        <w:rPr>
          <w:color w:val="5A6573"/>
          <w:sz w:val="15"/>
        </w:rPr>
      </w:pPr>
      <w:r>
        <w:rPr>
          <w:color w:val="5A6573"/>
          <w:sz w:val="15"/>
        </w:rPr>
        <w:t>CONSTANCIA DE SITUACION FISCAL ACTUALIZADA</w:t>
      </w:r>
    </w:p>
    <w:p w14:paraId="0AA5099D" w14:textId="021F35D7" w:rsidR="00C55AC4" w:rsidRDefault="00C55AC4" w:rsidP="00F84964">
      <w:pPr>
        <w:pStyle w:val="Prrafodelista"/>
        <w:keepLines/>
        <w:numPr>
          <w:ilvl w:val="0"/>
          <w:numId w:val="11"/>
        </w:numPr>
        <w:spacing w:before="60"/>
        <w:rPr>
          <w:color w:val="5A6573"/>
          <w:sz w:val="15"/>
        </w:rPr>
      </w:pPr>
      <w:r>
        <w:rPr>
          <w:color w:val="5A6573"/>
          <w:sz w:val="15"/>
        </w:rPr>
        <w:t>CORREO ELECTRONICO</w:t>
      </w:r>
    </w:p>
    <w:p w14:paraId="638B123A" w14:textId="75D3F643" w:rsidR="00C55AC4" w:rsidRPr="00F84964" w:rsidRDefault="00C55AC4" w:rsidP="00F84964">
      <w:pPr>
        <w:pStyle w:val="Prrafodelista"/>
        <w:keepLines/>
        <w:numPr>
          <w:ilvl w:val="0"/>
          <w:numId w:val="11"/>
        </w:numPr>
        <w:spacing w:before="60"/>
        <w:rPr>
          <w:color w:val="5A6573"/>
          <w:sz w:val="15"/>
        </w:rPr>
      </w:pPr>
      <w:r>
        <w:rPr>
          <w:color w:val="5A6573"/>
          <w:sz w:val="15"/>
        </w:rPr>
        <w:t>RAZON SOCIAL</w:t>
      </w:r>
    </w:p>
    <w:p w14:paraId="56A95187" w14:textId="77777777" w:rsidR="00430075" w:rsidRDefault="00126F6D">
      <w:pPr>
        <w:keepLines/>
        <w:spacing w:after="60"/>
      </w:pPr>
      <w:r>
        <w:rPr>
          <w:sz w:val="16"/>
        </w:rPr>
        <w:t>Forma de pago:  [ ] Transferencia  [ ] Depósito  [ ] Otro: ____________________    Fecha: ____ / ____ / ______</w:t>
      </w:r>
    </w:p>
    <w:p w14:paraId="38A98375" w14:textId="77777777" w:rsidR="00430075" w:rsidRDefault="00126F6D">
      <w:pPr>
        <w:keepLines/>
      </w:pPr>
      <w:r>
        <w:rPr>
          <w:sz w:val="16"/>
        </w:rPr>
        <w:t>Referencia / folio de pago: ____________________________________    [ ] Comprobante adjunto</w:t>
      </w:r>
    </w:p>
    <w:p w14:paraId="5A24EA0E" w14:textId="77777777" w:rsidR="00430075" w:rsidRDefault="00126F6D">
      <w:pPr>
        <w:keepLines/>
        <w:spacing w:after="60"/>
      </w:pPr>
      <w:r>
        <w:rPr>
          <w:sz w:val="15"/>
        </w:rPr>
        <w:t>Declaro que los datos proporcionados son correctos, que he recibido información general del programa y que deseo continuar con el proceso de inscripción. Entiendo que la inscripción queda sujeta a la recepción y validación del pago correspondiente y de la documentación que solicite la Coordinación.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4876"/>
      </w:tblGrid>
      <w:tr w:rsidR="00430075" w14:paraId="19061AA3" w14:textId="77777777">
        <w:trPr>
          <w:jc w:val="center"/>
        </w:trPr>
        <w:tc>
          <w:tcPr>
            <w:tcW w:w="4876" w:type="dxa"/>
            <w:tcMar>
              <w:top w:w="250" w:type="dxa"/>
              <w:left w:w="150" w:type="dxa"/>
              <w:bottom w:w="50" w:type="dxa"/>
              <w:right w:w="150" w:type="dxa"/>
            </w:tcMar>
            <w:vAlign w:val="bottom"/>
          </w:tcPr>
          <w:p w14:paraId="55341106" w14:textId="77777777" w:rsidR="00430075" w:rsidRDefault="00126F6D">
            <w:pPr>
              <w:spacing w:before="400" w:after="60"/>
              <w:jc w:val="center"/>
            </w:pPr>
            <w:r>
              <w:rPr>
                <w:color w:val="5A6573"/>
                <w:sz w:val="16"/>
              </w:rPr>
              <w:t>________________________________</w:t>
            </w:r>
          </w:p>
          <w:p w14:paraId="497DE946" w14:textId="77777777" w:rsidR="00430075" w:rsidRDefault="00126F6D">
            <w:pPr>
              <w:spacing w:after="0"/>
              <w:jc w:val="center"/>
            </w:pPr>
            <w:r>
              <w:rPr>
                <w:b/>
                <w:color w:val="102A43"/>
                <w:sz w:val="15"/>
              </w:rPr>
              <w:t>Nombre y firma del participante</w:t>
            </w:r>
          </w:p>
        </w:tc>
        <w:tc>
          <w:tcPr>
            <w:tcW w:w="4876" w:type="dxa"/>
            <w:tcMar>
              <w:top w:w="250" w:type="dxa"/>
              <w:left w:w="150" w:type="dxa"/>
              <w:bottom w:w="50" w:type="dxa"/>
              <w:right w:w="150" w:type="dxa"/>
            </w:tcMar>
            <w:vAlign w:val="bottom"/>
          </w:tcPr>
          <w:p w14:paraId="7E6AF0F3" w14:textId="77777777" w:rsidR="00430075" w:rsidRDefault="00126F6D">
            <w:pPr>
              <w:spacing w:before="400" w:after="60"/>
              <w:jc w:val="center"/>
            </w:pPr>
            <w:r>
              <w:rPr>
                <w:color w:val="5A6573"/>
                <w:sz w:val="16"/>
              </w:rPr>
              <w:t>________________________________</w:t>
            </w:r>
          </w:p>
          <w:p w14:paraId="67AAA844" w14:textId="77777777" w:rsidR="00430075" w:rsidRDefault="00126F6D">
            <w:pPr>
              <w:spacing w:after="0"/>
              <w:jc w:val="center"/>
            </w:pPr>
            <w:r>
              <w:rPr>
                <w:b/>
                <w:color w:val="102A43"/>
                <w:sz w:val="15"/>
              </w:rPr>
              <w:t>Recepción INGENNYA EHS</w:t>
            </w:r>
          </w:p>
        </w:tc>
      </w:tr>
    </w:tbl>
    <w:p w14:paraId="1A38A234" w14:textId="77777777" w:rsidR="00430075" w:rsidRDefault="00126F6D">
      <w:pPr>
        <w:keepLines/>
        <w:spacing w:before="60" w:after="0"/>
      </w:pPr>
      <w:r>
        <w:rPr>
          <w:i/>
          <w:color w:val="5A6573"/>
          <w:sz w:val="14"/>
        </w:rPr>
        <w:t>Antes de firmar, revise que el monto, el descuento y cualquier cuota adicional comunicada por escrito sean correctos.</w:t>
      </w:r>
    </w:p>
    <w:sectPr w:rsidR="00430075" w:rsidSect="00034616">
      <w:headerReference w:type="default" r:id="rId8"/>
      <w:footerReference w:type="default" r:id="rId9"/>
      <w:pgSz w:w="11906" w:h="16838"/>
      <w:pgMar w:top="1219" w:right="1020" w:bottom="964" w:left="1020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77E2" w14:textId="77777777" w:rsidR="000C7545" w:rsidRDefault="000C7545">
      <w:pPr>
        <w:spacing w:after="0" w:line="240" w:lineRule="auto"/>
      </w:pPr>
      <w:r>
        <w:separator/>
      </w:r>
    </w:p>
  </w:endnote>
  <w:endnote w:type="continuationSeparator" w:id="0">
    <w:p w14:paraId="7D0A9E05" w14:textId="77777777" w:rsidR="000C7545" w:rsidRDefault="000C7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00D5" w14:textId="77777777" w:rsidR="00430075" w:rsidRDefault="00126F6D">
    <w:pPr>
      <w:pStyle w:val="Piedepgina"/>
      <w:jc w:val="center"/>
    </w:pPr>
    <w:r>
      <w:rPr>
        <w:b/>
        <w:color w:val="102A43"/>
        <w:sz w:val="14"/>
      </w:rPr>
      <w:t xml:space="preserve">INGENNYA EHS  •  </w:t>
    </w:r>
    <w:r>
      <w:rPr>
        <w:color w:val="5A6573"/>
        <w:sz w:val="14"/>
      </w:rPr>
      <w:t xml:space="preserve">Juntos </w:t>
    </w:r>
    <w:proofErr w:type="spellStart"/>
    <w:r>
      <w:rPr>
        <w:color w:val="5A6573"/>
        <w:sz w:val="14"/>
      </w:rPr>
      <w:t>creamos</w:t>
    </w:r>
    <w:proofErr w:type="spellEnd"/>
    <w:r>
      <w:rPr>
        <w:color w:val="5A6573"/>
        <w:sz w:val="14"/>
      </w:rPr>
      <w:t xml:space="preserve"> un </w:t>
    </w:r>
    <w:proofErr w:type="spellStart"/>
    <w:r>
      <w:rPr>
        <w:color w:val="5A6573"/>
        <w:sz w:val="14"/>
      </w:rPr>
      <w:t>entorno</w:t>
    </w:r>
    <w:proofErr w:type="spellEnd"/>
    <w:r>
      <w:rPr>
        <w:color w:val="5A6573"/>
        <w:sz w:val="14"/>
      </w:rPr>
      <w:t xml:space="preserve"> </w:t>
    </w:r>
    <w:proofErr w:type="spellStart"/>
    <w:r>
      <w:rPr>
        <w:color w:val="5A6573"/>
        <w:sz w:val="14"/>
      </w:rPr>
      <w:t>seguro</w:t>
    </w:r>
    <w:proofErr w:type="spellEnd"/>
    <w:r>
      <w:rPr>
        <w:color w:val="5A6573"/>
        <w:sz w:val="14"/>
      </w:rPr>
      <w:t xml:space="preserve">  •  </w:t>
    </w:r>
    <w:proofErr w:type="spellStart"/>
    <w:r>
      <w:rPr>
        <w:color w:val="5A6573"/>
        <w:sz w:val="14"/>
      </w:rPr>
      <w:t>Documento</w:t>
    </w:r>
    <w:proofErr w:type="spellEnd"/>
    <w:r>
      <w:rPr>
        <w:color w:val="5A6573"/>
        <w:sz w:val="14"/>
      </w:rPr>
      <w:t xml:space="preserve"> </w:t>
    </w:r>
    <w:proofErr w:type="spellStart"/>
    <w:r>
      <w:rPr>
        <w:color w:val="5A6573"/>
        <w:sz w:val="14"/>
      </w:rPr>
      <w:t>administrativo</w:t>
    </w:r>
    <w:proofErr w:type="spellEnd"/>
    <w:r>
      <w:rPr>
        <w:color w:val="5A6573"/>
        <w:sz w:val="14"/>
      </w:rPr>
      <w:t xml:space="preserve"> de </w:t>
    </w:r>
    <w:proofErr w:type="spellStart"/>
    <w:r>
      <w:rPr>
        <w:color w:val="5A6573"/>
        <w:sz w:val="14"/>
      </w:rPr>
      <w:t>inscripción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10179" w14:textId="77777777" w:rsidR="000C7545" w:rsidRDefault="000C7545">
      <w:pPr>
        <w:spacing w:after="0" w:line="240" w:lineRule="auto"/>
      </w:pPr>
      <w:r>
        <w:separator/>
      </w:r>
    </w:p>
  </w:footnote>
  <w:footnote w:type="continuationSeparator" w:id="0">
    <w:p w14:paraId="42F898D3" w14:textId="77777777" w:rsidR="000C7545" w:rsidRDefault="000C7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6BF25" w14:textId="77777777" w:rsidR="00430075" w:rsidRDefault="00430075">
    <w:pPr>
      <w:pStyle w:val="Encabezado"/>
      <w:spacing w:line="20" w:lineRule="exact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876"/>
      <w:gridCol w:w="4876"/>
    </w:tblGrid>
    <w:tr w:rsidR="00430075" w14:paraId="025E17BE" w14:textId="77777777">
      <w:trPr>
        <w:jc w:val="center"/>
      </w:trPr>
      <w:tc>
        <w:tcPr>
          <w:tcW w:w="4876" w:type="dxa"/>
          <w:tcBorders>
            <w:bottom w:val="single" w:sz="18" w:space="0" w:color="C8A227"/>
          </w:tcBorders>
          <w:tcMar>
            <w:top w:w="20" w:type="dxa"/>
            <w:left w:w="50" w:type="dxa"/>
            <w:bottom w:w="60" w:type="dxa"/>
            <w:right w:w="50" w:type="dxa"/>
          </w:tcMar>
          <w:vAlign w:val="center"/>
        </w:tcPr>
        <w:p w14:paraId="129FDC70" w14:textId="66D175D2" w:rsidR="00430075" w:rsidRPr="009A4E9A" w:rsidRDefault="00126F6D">
          <w:pPr>
            <w:spacing w:after="0"/>
            <w:rPr>
              <w:sz w:val="10"/>
              <w:szCs w:val="14"/>
            </w:rPr>
          </w:pPr>
          <w:r w:rsidRPr="009A4E9A">
            <w:rPr>
              <w:b/>
              <w:color w:val="102A43"/>
              <w:sz w:val="24"/>
              <w:szCs w:val="14"/>
            </w:rPr>
            <w:t>INGENNYA</w:t>
          </w:r>
          <w:r w:rsidR="0014113A" w:rsidRPr="009A4E9A">
            <w:rPr>
              <w:b/>
              <w:color w:val="102A43"/>
              <w:sz w:val="24"/>
              <w:szCs w:val="14"/>
            </w:rPr>
            <w:t xml:space="preserve"> | </w:t>
          </w:r>
          <w:r w:rsidR="009A4E9A" w:rsidRPr="009A4E9A">
            <w:rPr>
              <w:b/>
              <w:color w:val="102A43"/>
              <w:sz w:val="24"/>
              <w:szCs w:val="14"/>
            </w:rPr>
            <w:t>EMPRENDEDORES EHS</w:t>
          </w:r>
        </w:p>
        <w:p w14:paraId="19D8810B" w14:textId="77777777" w:rsidR="00430075" w:rsidRDefault="00126F6D">
          <w:pPr>
            <w:spacing w:after="0" w:line="240" w:lineRule="auto"/>
          </w:pPr>
          <w:r>
            <w:rPr>
              <w:b/>
              <w:color w:val="C8A227"/>
              <w:sz w:val="13"/>
            </w:rPr>
            <w:t>SEGURIDAD • SALUD • MEDIO AMBIENTE</w:t>
          </w:r>
        </w:p>
      </w:tc>
      <w:tc>
        <w:tcPr>
          <w:tcW w:w="4876" w:type="dxa"/>
          <w:tcBorders>
            <w:bottom w:val="single" w:sz="18" w:space="0" w:color="C8A227"/>
          </w:tcBorders>
          <w:tcMar>
            <w:top w:w="20" w:type="dxa"/>
            <w:left w:w="50" w:type="dxa"/>
            <w:bottom w:w="60" w:type="dxa"/>
            <w:right w:w="50" w:type="dxa"/>
          </w:tcMar>
          <w:vAlign w:val="center"/>
        </w:tcPr>
        <w:p w14:paraId="21DB39FF" w14:textId="77777777" w:rsidR="00430075" w:rsidRDefault="00126F6D">
          <w:pPr>
            <w:spacing w:after="0"/>
            <w:jc w:val="right"/>
          </w:pPr>
          <w:r>
            <w:rPr>
              <w:b/>
              <w:color w:val="C8A227"/>
              <w:sz w:val="16"/>
            </w:rPr>
            <w:t>JUNTOS CREAMOS UN ENTORNO SEGURO</w:t>
          </w:r>
        </w:p>
        <w:p w14:paraId="724CAB8C" w14:textId="7D85BCBE" w:rsidR="00430075" w:rsidRDefault="00126F6D">
          <w:pPr>
            <w:spacing w:after="0"/>
            <w:jc w:val="right"/>
          </w:pPr>
          <w:r>
            <w:rPr>
              <w:color w:val="5A6573"/>
              <w:sz w:val="14"/>
            </w:rPr>
            <w:t xml:space="preserve">    ingennyaehs26@gmail.com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1401FB"/>
    <w:multiLevelType w:val="hybridMultilevel"/>
    <w:tmpl w:val="EEB64402"/>
    <w:lvl w:ilvl="0" w:tplc="6FEE7904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5A6573"/>
        <w:sz w:val="15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8487A"/>
    <w:multiLevelType w:val="hybridMultilevel"/>
    <w:tmpl w:val="5826FD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447215">
    <w:abstractNumId w:val="8"/>
  </w:num>
  <w:num w:numId="2" w16cid:durableId="600452221">
    <w:abstractNumId w:val="6"/>
  </w:num>
  <w:num w:numId="3" w16cid:durableId="276180602">
    <w:abstractNumId w:val="5"/>
  </w:num>
  <w:num w:numId="4" w16cid:durableId="1524317962">
    <w:abstractNumId w:val="4"/>
  </w:num>
  <w:num w:numId="5" w16cid:durableId="1201865418">
    <w:abstractNumId w:val="7"/>
  </w:num>
  <w:num w:numId="6" w16cid:durableId="850221524">
    <w:abstractNumId w:val="3"/>
  </w:num>
  <w:num w:numId="7" w16cid:durableId="1906917775">
    <w:abstractNumId w:val="2"/>
  </w:num>
  <w:num w:numId="8" w16cid:durableId="400370583">
    <w:abstractNumId w:val="1"/>
  </w:num>
  <w:num w:numId="9" w16cid:durableId="2120248572">
    <w:abstractNumId w:val="0"/>
  </w:num>
  <w:num w:numId="10" w16cid:durableId="1147547185">
    <w:abstractNumId w:val="9"/>
  </w:num>
  <w:num w:numId="11" w16cid:durableId="11081597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E1"/>
    <w:rsid w:val="00034616"/>
    <w:rsid w:val="0006063C"/>
    <w:rsid w:val="000C7545"/>
    <w:rsid w:val="00126F6D"/>
    <w:rsid w:val="0014113A"/>
    <w:rsid w:val="0015074B"/>
    <w:rsid w:val="001B0F8F"/>
    <w:rsid w:val="0029639D"/>
    <w:rsid w:val="00296D5D"/>
    <w:rsid w:val="002F4643"/>
    <w:rsid w:val="00326F90"/>
    <w:rsid w:val="00430075"/>
    <w:rsid w:val="00526B9E"/>
    <w:rsid w:val="00640885"/>
    <w:rsid w:val="00662199"/>
    <w:rsid w:val="007C65E4"/>
    <w:rsid w:val="009A4E9A"/>
    <w:rsid w:val="00AA1D8D"/>
    <w:rsid w:val="00B04034"/>
    <w:rsid w:val="00B42F3D"/>
    <w:rsid w:val="00B47730"/>
    <w:rsid w:val="00B84A30"/>
    <w:rsid w:val="00BB33C6"/>
    <w:rsid w:val="00C55AC4"/>
    <w:rsid w:val="00CB0664"/>
    <w:rsid w:val="00F849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9B246CE-02AE-474C-B1CF-DFFD3F1AD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eastAsia="Arial" w:hAnsi="Arial"/>
      <w:color w:val="202A35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383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inscripción - Diplomado INGENNYA EHS</dc:title>
  <dc:subject/>
  <dc:creator>INGENNYA EHS</dc:creator>
  <cp:keywords/>
  <dc:description>generated by python-docx</dc:description>
  <cp:lastModifiedBy>Israel Murguia</cp:lastModifiedBy>
  <cp:revision>15</cp:revision>
  <dcterms:created xsi:type="dcterms:W3CDTF">2013-12-23T23:15:00Z</dcterms:created>
  <dcterms:modified xsi:type="dcterms:W3CDTF">2026-10-19T17:26:00Z</dcterms:modified>
  <cp:category/>
</cp:coreProperties>
</file>