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7A260" w14:textId="77777777" w:rsidR="001942F7" w:rsidRDefault="00000000">
      <w:pPr>
        <w:keepLines/>
        <w:spacing w:before="60" w:after="20"/>
        <w:jc w:val="center"/>
      </w:pPr>
      <w:r>
        <w:rPr>
          <w:b/>
          <w:color w:val="102A43"/>
          <w:sz w:val="30"/>
        </w:rPr>
        <w:t>CARTA DE TÉRMINOS Y CONDICIONES</w:t>
      </w:r>
    </w:p>
    <w:p w14:paraId="7F2D241F" w14:textId="77777777" w:rsidR="001942F7" w:rsidRDefault="00000000">
      <w:pPr>
        <w:keepLines/>
        <w:spacing w:after="20"/>
        <w:jc w:val="center"/>
      </w:pPr>
      <w:r>
        <w:rPr>
          <w:b/>
          <w:color w:val="C8A227"/>
          <w:sz w:val="19"/>
        </w:rPr>
        <w:t>INSCRIPCIÓN AL DIPLOMADO UNIVERSITARIO</w:t>
      </w:r>
    </w:p>
    <w:p w14:paraId="01CFC502" w14:textId="77777777" w:rsidR="001942F7" w:rsidRDefault="00000000">
      <w:pPr>
        <w:keepLines/>
        <w:spacing w:after="120"/>
        <w:jc w:val="center"/>
      </w:pPr>
      <w:r>
        <w:rPr>
          <w:b/>
          <w:color w:val="102A43"/>
          <w:sz w:val="17"/>
        </w:rPr>
        <w:t>Seguridad Industrial, Salud, Medio Ambiente y Primeros Auxilios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540"/>
      </w:tblGrid>
      <w:tr w:rsidR="001942F7" w14:paraId="0364930C" w14:textId="77777777">
        <w:trPr>
          <w:jc w:val="center"/>
        </w:trPr>
        <w:tc>
          <w:tcPr>
            <w:tcW w:w="2041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AC58810" w14:textId="77777777" w:rsidR="001942F7" w:rsidRDefault="00000000">
            <w:r>
              <w:rPr>
                <w:b/>
                <w:color w:val="102A43"/>
                <w:sz w:val="16"/>
              </w:rPr>
              <w:t>Nombre del participante</w:t>
            </w:r>
          </w:p>
        </w:tc>
        <w:tc>
          <w:tcPr>
            <w:tcW w:w="7540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7019958" w14:textId="77777777" w:rsidR="001942F7" w:rsidRDefault="00000000">
            <w:r>
              <w:rPr>
                <w:sz w:val="16"/>
              </w:rPr>
              <w:t>____________________________________________________________</w:t>
            </w:r>
          </w:p>
        </w:tc>
      </w:tr>
      <w:tr w:rsidR="001942F7" w14:paraId="1605DDD0" w14:textId="77777777">
        <w:trPr>
          <w:jc w:val="center"/>
        </w:trPr>
        <w:tc>
          <w:tcPr>
            <w:tcW w:w="2041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469F12D" w14:textId="77777777" w:rsidR="001942F7" w:rsidRDefault="00000000">
            <w:r>
              <w:rPr>
                <w:b/>
                <w:color w:val="102A43"/>
                <w:sz w:val="16"/>
              </w:rPr>
              <w:t>Institución / empresa</w:t>
            </w:r>
          </w:p>
        </w:tc>
        <w:tc>
          <w:tcPr>
            <w:tcW w:w="7540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561F92" w14:textId="77777777" w:rsidR="001942F7" w:rsidRDefault="00000000">
            <w:r>
              <w:rPr>
                <w:sz w:val="16"/>
              </w:rPr>
              <w:t>__________________________________   Fecha: ____ / ____ / ______</w:t>
            </w:r>
          </w:p>
        </w:tc>
      </w:tr>
    </w:tbl>
    <w:p w14:paraId="7A1B29C2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PRIMERA. OBJETO Y CARACTERÍSTICAS DEL PROGRAMA</w:t>
      </w:r>
    </w:p>
    <w:p w14:paraId="7F1DF654" w14:textId="77777777" w:rsidR="001942F7" w:rsidRDefault="00000000">
      <w:pPr>
        <w:keepLines/>
      </w:pPr>
      <w:r>
        <w:rPr>
          <w:sz w:val="16"/>
        </w:rPr>
        <w:t>Este documento establece las condiciones administrativas y académicas de inscripción al Diplomado Universitario en Seguridad Industrial, Salud, Medio Ambiente y Primeros Auxilios, impartido por INGENNYA EHS. De acuerdo con la propuesta académica, el programa tiene una duración estimada de seis meses, modalidad sabatina presencial, 130 horas de carga académica y sesiones sugeridas de cinco horas cada sábado. El calendario y la sede específicos serán confirmados por la Coordinación.</w:t>
      </w:r>
    </w:p>
    <w:p w14:paraId="3B7FE249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SEGUNDA. CUOTA DE INSCRIPCIÓN Y APLICACIÓN DEL DESCUENTO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90"/>
        <w:gridCol w:w="2891"/>
      </w:tblGrid>
      <w:tr w:rsidR="001942F7" w14:paraId="0D761B35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418E868" w14:textId="72907111" w:rsidR="001942F7" w:rsidRDefault="00000000">
            <w:r>
              <w:rPr>
                <w:b/>
                <w:color w:val="102A43"/>
                <w:sz w:val="17"/>
              </w:rPr>
              <w:t>C</w:t>
            </w:r>
            <w:r w:rsidR="003A7DED">
              <w:rPr>
                <w:b/>
                <w:color w:val="102A43"/>
                <w:sz w:val="17"/>
              </w:rPr>
              <w:t>osto total del diplomado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A98A81C" w14:textId="2610E699" w:rsidR="001942F7" w:rsidRDefault="00000000">
            <w:r>
              <w:rPr>
                <w:b/>
                <w:color w:val="102A43"/>
                <w:sz w:val="17"/>
              </w:rPr>
              <w:t>$</w:t>
            </w:r>
            <w:r w:rsidR="003A7DED">
              <w:rPr>
                <w:b/>
                <w:color w:val="102A43"/>
                <w:sz w:val="17"/>
              </w:rPr>
              <w:t>12</w:t>
            </w:r>
            <w:r>
              <w:rPr>
                <w:b/>
                <w:color w:val="102A43"/>
                <w:sz w:val="17"/>
              </w:rPr>
              <w:t>,000.00 MXN</w:t>
            </w:r>
          </w:p>
        </w:tc>
      </w:tr>
      <w:tr w:rsidR="001942F7" w14:paraId="38350B20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6FE7C5A" w14:textId="77777777" w:rsidR="001942F7" w:rsidRDefault="00000000">
            <w:r>
              <w:rPr>
                <w:sz w:val="17"/>
              </w:rPr>
              <w:t>Descuento promocional (25%)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BF52FBB" w14:textId="39E1CE23" w:rsidR="001942F7" w:rsidRDefault="00000000">
            <w:r>
              <w:rPr>
                <w:b/>
                <w:color w:val="102A43"/>
                <w:sz w:val="17"/>
              </w:rPr>
              <w:t>-$</w:t>
            </w:r>
            <w:r w:rsidR="003A7DED">
              <w:rPr>
                <w:b/>
                <w:color w:val="102A43"/>
                <w:sz w:val="17"/>
              </w:rPr>
              <w:t>9</w:t>
            </w:r>
            <w:r>
              <w:rPr>
                <w:b/>
                <w:color w:val="102A43"/>
                <w:sz w:val="17"/>
              </w:rPr>
              <w:t>,000.00 MXN</w:t>
            </w:r>
          </w:p>
        </w:tc>
      </w:tr>
      <w:tr w:rsidR="003A7DED" w14:paraId="781C4AD6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0F3C7AD" w14:textId="43717EB6" w:rsidR="003A7DED" w:rsidRDefault="003B6FB4">
            <w:pPr>
              <w:rPr>
                <w:sz w:val="17"/>
              </w:rPr>
            </w:pPr>
            <w:r>
              <w:rPr>
                <w:sz w:val="17"/>
              </w:rPr>
              <w:t>Mensualidad durante un period</w:t>
            </w:r>
            <w:r w:rsidR="00A26429">
              <w:rPr>
                <w:sz w:val="17"/>
              </w:rPr>
              <w:t>o</w:t>
            </w:r>
            <w:r>
              <w:rPr>
                <w:sz w:val="17"/>
              </w:rPr>
              <w:t xml:space="preserve"> de 6 meses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FF8E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33FF80F" w14:textId="462DD6DE" w:rsidR="003A7DED" w:rsidRDefault="00A26429">
            <w:pPr>
              <w:rPr>
                <w:b/>
                <w:color w:val="102A43"/>
                <w:sz w:val="17"/>
              </w:rPr>
            </w:pPr>
            <w:r>
              <w:rPr>
                <w:b/>
                <w:color w:val="102A43"/>
                <w:sz w:val="17"/>
              </w:rPr>
              <w:t>$1,500.00 MXN</w:t>
            </w:r>
          </w:p>
        </w:tc>
      </w:tr>
      <w:tr w:rsidR="001942F7" w14:paraId="5DF47B5D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102A4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5F89D92" w14:textId="347F9190" w:rsidR="001942F7" w:rsidRDefault="00000000">
            <w:r>
              <w:rPr>
                <w:b/>
                <w:color w:val="FFFFFF"/>
              </w:rPr>
              <w:t xml:space="preserve">TOTAL A PAGAR 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102A43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DC1C6CE" w14:textId="0C984EBC" w:rsidR="001942F7" w:rsidRDefault="00000000">
            <w:r>
              <w:rPr>
                <w:b/>
                <w:color w:val="FFFFFF"/>
                <w:sz w:val="20"/>
              </w:rPr>
              <w:t>$</w:t>
            </w:r>
            <w:r w:rsidR="00A4594E">
              <w:rPr>
                <w:b/>
                <w:color w:val="FFFFFF"/>
                <w:sz w:val="20"/>
              </w:rPr>
              <w:t>9</w:t>
            </w:r>
            <w:r>
              <w:rPr>
                <w:b/>
                <w:color w:val="FFFFFF"/>
                <w:sz w:val="20"/>
              </w:rPr>
              <w:t>,000.00 MXN</w:t>
            </w:r>
          </w:p>
        </w:tc>
      </w:tr>
      <w:tr w:rsidR="001942F7" w14:paraId="58758FC7" w14:textId="77777777">
        <w:trPr>
          <w:jc w:val="center"/>
        </w:trPr>
        <w:tc>
          <w:tcPr>
            <w:tcW w:w="6690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72D9746" w14:textId="77777777" w:rsidR="001942F7" w:rsidRDefault="00000000">
            <w:r>
              <w:rPr>
                <w:b/>
                <w:color w:val="102A43"/>
                <w:sz w:val="16"/>
              </w:rPr>
              <w:t>Monto con letra</w:t>
            </w:r>
          </w:p>
        </w:tc>
        <w:tc>
          <w:tcPr>
            <w:tcW w:w="2891" w:type="dxa"/>
            <w:tcBorders>
              <w:top w:val="single" w:sz="4" w:space="0" w:color="D6DCE4"/>
              <w:left w:val="single" w:sz="4" w:space="0" w:color="D6DCE4"/>
              <w:bottom w:val="single" w:sz="4" w:space="0" w:color="D6DCE4"/>
              <w:right w:val="single" w:sz="4" w:space="0" w:color="D6DCE4"/>
            </w:tcBorders>
            <w:shd w:val="clear" w:color="auto" w:fill="F4F6F8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B110EE6" w14:textId="38D7160C" w:rsidR="001942F7" w:rsidRDefault="00A4594E">
            <w:r>
              <w:rPr>
                <w:sz w:val="16"/>
              </w:rPr>
              <w:t>Nueve</w:t>
            </w:r>
            <w:r w:rsidR="00000000">
              <w:rPr>
                <w:sz w:val="16"/>
              </w:rPr>
              <w:t xml:space="preserve"> mil pesos 00/100 M.N.</w:t>
            </w:r>
          </w:p>
        </w:tc>
      </w:tr>
    </w:tbl>
    <w:p w14:paraId="3119B9CF" w14:textId="53AC239D" w:rsidR="001942F7" w:rsidRDefault="00000000">
      <w:pPr>
        <w:keepLines/>
        <w:spacing w:before="80" w:after="60"/>
      </w:pPr>
      <w:r>
        <w:rPr>
          <w:sz w:val="16"/>
        </w:rPr>
        <w:t xml:space="preserve">El participante reconoce y acepta que el precio </w:t>
      </w:r>
      <w:r w:rsidR="00A4594E">
        <w:rPr>
          <w:sz w:val="16"/>
        </w:rPr>
        <w:t>total</w:t>
      </w:r>
      <w:r>
        <w:rPr>
          <w:sz w:val="16"/>
        </w:rPr>
        <w:t xml:space="preserve"> es de $</w:t>
      </w:r>
      <w:r w:rsidR="00A4594E">
        <w:rPr>
          <w:sz w:val="16"/>
        </w:rPr>
        <w:t>12</w:t>
      </w:r>
      <w:r>
        <w:rPr>
          <w:sz w:val="16"/>
        </w:rPr>
        <w:t>,000.00 MXN, que el descuento acordado del 25% equivale a $</w:t>
      </w:r>
      <w:r w:rsidR="00A4594E">
        <w:rPr>
          <w:sz w:val="16"/>
        </w:rPr>
        <w:t>3</w:t>
      </w:r>
      <w:r>
        <w:rPr>
          <w:sz w:val="16"/>
        </w:rPr>
        <w:t>,000.00 MXN y que el monto final a pagar por inscripción es de $</w:t>
      </w:r>
      <w:r w:rsidR="00A4594E">
        <w:rPr>
          <w:sz w:val="16"/>
        </w:rPr>
        <w:t>9</w:t>
      </w:r>
      <w:r>
        <w:rPr>
          <w:sz w:val="16"/>
        </w:rPr>
        <w:t>,000.00 MXN (tres mil pesos 00/100 M.N.).</w:t>
      </w:r>
    </w:p>
    <w:p w14:paraId="42F9FEFC" w14:textId="6C944A01" w:rsidR="001942F7" w:rsidRDefault="00000000">
      <w:pPr>
        <w:keepLines/>
      </w:pPr>
      <w:r>
        <w:rPr>
          <w:sz w:val="16"/>
        </w:rPr>
        <w:t xml:space="preserve">El descuento se aplica </w:t>
      </w:r>
      <w:r w:rsidR="00A4594E">
        <w:rPr>
          <w:sz w:val="16"/>
        </w:rPr>
        <w:t>a</w:t>
      </w:r>
      <w:r w:rsidR="00417D2D">
        <w:rPr>
          <w:sz w:val="16"/>
        </w:rPr>
        <w:t>l precio</w:t>
      </w:r>
      <w:r>
        <w:rPr>
          <w:sz w:val="16"/>
        </w:rPr>
        <w:t xml:space="preserve"> descrit</w:t>
      </w:r>
      <w:r w:rsidR="00417D2D">
        <w:rPr>
          <w:sz w:val="16"/>
        </w:rPr>
        <w:t>o</w:t>
      </w:r>
      <w:r>
        <w:rPr>
          <w:sz w:val="16"/>
        </w:rPr>
        <w:t xml:space="preserve"> en este documento y no se extiende automáticamente a colegiaturas, materiales, evaluaciones, constancias u otros conceptos que no se indiquen expresamente como incluidos. La propuesta académica no especifica el costo total del diplomado ni un calendario de pagos adicionales; si existieran, INGENNYA deberá comunicarlos por escrito y obtener la aceptación del participante antes de exigirlos.</w:t>
      </w:r>
    </w:p>
    <w:p w14:paraId="0BB7D9A6" w14:textId="31F7CA7B" w:rsidR="001942F7" w:rsidRDefault="00000000">
      <w:pPr>
        <w:keepLines/>
      </w:pPr>
      <w:r>
        <w:rPr>
          <w:sz w:val="16"/>
        </w:rPr>
        <w:t>Vigencia de la promoción, si corresponde: del ____ / ____ / ______ al ____ / ____ / ______. La inscripción quedará confirmada una vez recibido y validado el pago de $</w:t>
      </w:r>
      <w:r w:rsidR="00216873">
        <w:rPr>
          <w:sz w:val="16"/>
        </w:rPr>
        <w:t>9</w:t>
      </w:r>
      <w:r>
        <w:rPr>
          <w:sz w:val="16"/>
        </w:rPr>
        <w:t>,000.00 MXN y completados los datos requeridos. El participante conservará su comprobante de pago.</w:t>
      </w:r>
    </w:p>
    <w:p w14:paraId="27256F73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TERCERA. RESPONSABILIDADES DEL PARTICIPANTE</w:t>
      </w:r>
    </w:p>
    <w:p w14:paraId="623166D1" w14:textId="77777777" w:rsidR="001942F7" w:rsidRDefault="00000000">
      <w:pPr>
        <w:keepLines/>
        <w:spacing w:after="60"/>
        <w:ind w:left="238" w:hanging="142"/>
      </w:pPr>
      <w:r>
        <w:rPr>
          <w:b/>
          <w:color w:val="C8A227"/>
          <w:sz w:val="16"/>
        </w:rPr>
        <w:t xml:space="preserve">• </w:t>
      </w:r>
      <w:r>
        <w:rPr>
          <w:sz w:val="16"/>
        </w:rPr>
        <w:t>Proporcionar información verdadera y mantener actualizados sus datos de contacto.</w:t>
      </w:r>
    </w:p>
    <w:p w14:paraId="1C424A2D" w14:textId="77777777" w:rsidR="001942F7" w:rsidRDefault="00000000">
      <w:pPr>
        <w:keepLines/>
        <w:spacing w:after="60"/>
        <w:ind w:left="238" w:hanging="142"/>
      </w:pPr>
      <w:r>
        <w:rPr>
          <w:b/>
          <w:color w:val="C8A227"/>
          <w:sz w:val="16"/>
        </w:rPr>
        <w:t xml:space="preserve">• </w:t>
      </w:r>
      <w:r>
        <w:rPr>
          <w:sz w:val="16"/>
        </w:rPr>
        <w:t>Asistir puntualmente y participar en las clases, ejercicios, talleres, simulacros y actividades de evaluación programadas.</w:t>
      </w:r>
    </w:p>
    <w:p w14:paraId="3624698E" w14:textId="77777777" w:rsidR="001942F7" w:rsidRDefault="00000000">
      <w:pPr>
        <w:keepLines/>
        <w:spacing w:after="60"/>
        <w:ind w:left="238" w:hanging="142"/>
      </w:pPr>
      <w:r>
        <w:rPr>
          <w:b/>
          <w:color w:val="C8A227"/>
          <w:sz w:val="16"/>
        </w:rPr>
        <w:t xml:space="preserve">• </w:t>
      </w:r>
      <w:r>
        <w:rPr>
          <w:sz w:val="16"/>
        </w:rPr>
        <w:t>Respetar las indicaciones de la Coordinación, de los ponentes y las normas de convivencia de la sede.</w:t>
      </w:r>
    </w:p>
    <w:p w14:paraId="2DF231D2" w14:textId="77777777" w:rsidR="001942F7" w:rsidRDefault="00000000">
      <w:pPr>
        <w:keepLines/>
        <w:spacing w:after="60"/>
        <w:ind w:left="238" w:hanging="142"/>
      </w:pPr>
      <w:r>
        <w:rPr>
          <w:b/>
          <w:color w:val="C8A227"/>
          <w:sz w:val="16"/>
        </w:rPr>
        <w:t xml:space="preserve">• </w:t>
      </w:r>
      <w:r>
        <w:rPr>
          <w:sz w:val="16"/>
        </w:rPr>
        <w:t>Cumplir las instrucciones de seguridad para cualquier práctica; utilizar el equipo de protección que se indique y no ejecutar actividades de riesgo sin autorización y supervisión.</w:t>
      </w:r>
    </w:p>
    <w:p w14:paraId="3F6E18D6" w14:textId="77777777" w:rsidR="001942F7" w:rsidRDefault="00000000">
      <w:pPr>
        <w:keepLines/>
        <w:spacing w:after="60"/>
        <w:ind w:left="238" w:hanging="142"/>
      </w:pPr>
      <w:r>
        <w:rPr>
          <w:b/>
          <w:color w:val="C8A227"/>
          <w:sz w:val="16"/>
        </w:rPr>
        <w:t xml:space="preserve">• </w:t>
      </w:r>
      <w:r>
        <w:rPr>
          <w:sz w:val="16"/>
        </w:rPr>
        <w:t>Elaborar y entregar las evidencias académicas y el proyecto integrador que correspondan al programa.</w:t>
      </w:r>
    </w:p>
    <w:p w14:paraId="7DBB9185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CUARTA. EVALUACIÓN Y REQUISITOS ACADÉMICOS</w:t>
      </w:r>
    </w:p>
    <w:p w14:paraId="1FCA9BF8" w14:textId="77777777" w:rsidR="001942F7" w:rsidRDefault="00000000">
      <w:pPr>
        <w:keepLines/>
      </w:pPr>
      <w:r>
        <w:rPr>
          <w:sz w:val="16"/>
        </w:rPr>
        <w:t>La propuesta académica establece la siguiente ponderación: participación y casos 20%; prácticas y talleres 25%; portafolio de evidencias 15%; proyecto integrador 20%; simulacro/evaluación práctica 10%; y evaluación final 10%. La asistencia mínima, la calificación aprobatoria, las fechas de entrega y los criterios para emitir constancia o reconocimiento deberán ser informados por la Coordinación antes del inicio del diplomado.</w:t>
      </w:r>
    </w:p>
    <w:p w14:paraId="3ACE4E4A" w14:textId="77777777" w:rsidR="001942F7" w:rsidRDefault="00000000">
      <w:r>
        <w:br w:type="page"/>
      </w:r>
    </w:p>
    <w:p w14:paraId="179E3484" w14:textId="77777777" w:rsidR="001942F7" w:rsidRDefault="00000000">
      <w:pPr>
        <w:keepLines/>
        <w:spacing w:before="40" w:after="140"/>
        <w:jc w:val="center"/>
      </w:pPr>
      <w:r>
        <w:rPr>
          <w:b/>
          <w:color w:val="102A43"/>
          <w:sz w:val="25"/>
        </w:rPr>
        <w:lastRenderedPageBreak/>
        <w:t>TÉRMINOS Y CONDICIONES (CONTINUACIÓN)</w:t>
      </w:r>
    </w:p>
    <w:p w14:paraId="2B51784F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QUINTA. CALENDARIO, CAMBIOS Y COMUNICACIONES</w:t>
      </w:r>
    </w:p>
    <w:p w14:paraId="6F8125B2" w14:textId="77777777" w:rsidR="001942F7" w:rsidRDefault="00000000">
      <w:pPr>
        <w:keepLines/>
      </w:pPr>
      <w:r>
        <w:rPr>
          <w:sz w:val="16"/>
        </w:rPr>
        <w:t>El participante acepta que la Coordinación comunique por los medios de contacto registrados la confirmación de fechas, horarios, sede, materiales requeridos y cualquier ajuste logístico o académico. Si fuera necesario reprogramar una sesión, INGENNYA informará el cambio con la mayor anticipación posible. Cualquier efecto sobre pagos, cancelaciones o recuperación de sesiones se sujetará a la política escrita que se entregue al participante.</w:t>
      </w:r>
    </w:p>
    <w:p w14:paraId="489003F1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SEXTA. BAJAS, CANCELACIONES Y REEMBOLSOS</w:t>
      </w:r>
    </w:p>
    <w:p w14:paraId="57F40C24" w14:textId="49D288EE" w:rsidR="001942F7" w:rsidRDefault="00000000">
      <w:pPr>
        <w:keepLines/>
        <w:spacing w:after="60"/>
      </w:pPr>
      <w:r>
        <w:rPr>
          <w:sz w:val="16"/>
        </w:rPr>
        <w:t>La propuesta académica consultada no fija plazos ni porcentajes de reembolso. Por ello, antes de recibir el pago, INGENNYA deberá entregar al participante la política escrita aplicable a bajas, cancelaciones, cambios de corte y reembolsos. Para dejar constancia de su entrega, completar lo siguiente: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313"/>
      </w:tblGrid>
      <w:tr w:rsidR="001942F7" w14:paraId="62AA3D78" w14:textId="77777777">
        <w:trPr>
          <w:jc w:val="center"/>
        </w:trPr>
        <w:tc>
          <w:tcPr>
            <w:tcW w:w="226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882A7E1" w14:textId="77777777" w:rsidR="001942F7" w:rsidRDefault="00000000">
            <w:r>
              <w:rPr>
                <w:b/>
                <w:color w:val="102A43"/>
                <w:sz w:val="16"/>
              </w:rPr>
              <w:t>Política / documento entregado</w:t>
            </w:r>
          </w:p>
        </w:tc>
        <w:tc>
          <w:tcPr>
            <w:tcW w:w="7313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76F44AB" w14:textId="77777777" w:rsidR="001942F7" w:rsidRDefault="00000000">
            <w:r>
              <w:rPr>
                <w:sz w:val="16"/>
              </w:rPr>
              <w:t>____________________________________________________________</w:t>
            </w:r>
          </w:p>
        </w:tc>
      </w:tr>
      <w:tr w:rsidR="001942F7" w14:paraId="4BDF2B61" w14:textId="77777777">
        <w:trPr>
          <w:jc w:val="center"/>
        </w:trPr>
        <w:tc>
          <w:tcPr>
            <w:tcW w:w="226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8050D45" w14:textId="77777777" w:rsidR="001942F7" w:rsidRDefault="00000000">
            <w:r>
              <w:rPr>
                <w:b/>
                <w:color w:val="102A43"/>
                <w:sz w:val="16"/>
              </w:rPr>
              <w:t>Fecha de entrega</w:t>
            </w:r>
          </w:p>
        </w:tc>
        <w:tc>
          <w:tcPr>
            <w:tcW w:w="7313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DAE064" w14:textId="77777777" w:rsidR="001942F7" w:rsidRDefault="00000000">
            <w:r>
              <w:rPr>
                <w:sz w:val="16"/>
              </w:rPr>
              <w:t>____ / ____ / ______</w:t>
            </w:r>
          </w:p>
        </w:tc>
      </w:tr>
      <w:tr w:rsidR="001942F7" w14:paraId="025EC53F" w14:textId="77777777">
        <w:trPr>
          <w:jc w:val="center"/>
        </w:trPr>
        <w:tc>
          <w:tcPr>
            <w:tcW w:w="2268" w:type="dxa"/>
            <w:tcBorders>
              <w:bottom w:val="single" w:sz="4" w:space="0" w:color="D6DCE4"/>
            </w:tcBorders>
            <w:shd w:val="clear" w:color="auto" w:fill="F4F6F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8FF3EA" w14:textId="77777777" w:rsidR="001942F7" w:rsidRDefault="00000000">
            <w:r>
              <w:rPr>
                <w:b/>
                <w:color w:val="102A43"/>
                <w:sz w:val="16"/>
              </w:rPr>
              <w:t>Confirmación de recepción</w:t>
            </w:r>
          </w:p>
        </w:tc>
        <w:tc>
          <w:tcPr>
            <w:tcW w:w="7313" w:type="dxa"/>
            <w:tcBorders>
              <w:bottom w:val="single" w:sz="4" w:space="0" w:color="D6DCE4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C8D4361" w14:textId="77777777" w:rsidR="001942F7" w:rsidRDefault="00000000">
            <w:r>
              <w:rPr>
                <w:sz w:val="16"/>
              </w:rPr>
              <w:t>[ ] Sí, recibí y pude revisar la política   [ ] No recibí la política</w:t>
            </w:r>
          </w:p>
        </w:tc>
      </w:tr>
    </w:tbl>
    <w:p w14:paraId="08C1AFAC" w14:textId="77777777" w:rsidR="001942F7" w:rsidRDefault="00000000">
      <w:pPr>
        <w:keepLines/>
        <w:spacing w:before="40"/>
      </w:pPr>
      <w:r>
        <w:rPr>
          <w:b/>
          <w:i/>
          <w:color w:val="102A43"/>
          <w:sz w:val="14"/>
        </w:rPr>
        <w:t>No deberá marcarse “Sí” si el documento no fue entregado al participante.</w:t>
      </w:r>
    </w:p>
    <w:p w14:paraId="097D0C4B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SÉPTIMA. DATOS PERSONALES Y COMUNICACIÓN</w:t>
      </w:r>
    </w:p>
    <w:p w14:paraId="1D4D4333" w14:textId="77777777" w:rsidR="001942F7" w:rsidRDefault="00000000">
      <w:pPr>
        <w:keepLines/>
      </w:pPr>
      <w:r>
        <w:rPr>
          <w:sz w:val="16"/>
        </w:rPr>
        <w:t>Los datos proporcionados se utilizarán para gestionar la inscripción, la comunicación académica, el registro de pagos y el seguimiento del participante. El tratamiento se realizará conforme al aviso de privacidad que INGENNYA ponga a disposición. El participante podrá solicitar la información de contacto registrada para corregir errores.</w:t>
      </w:r>
    </w:p>
    <w:p w14:paraId="3817BB52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OCTAVA. ALCANCE DE LAS PRÁCTICAS</w:t>
      </w:r>
    </w:p>
    <w:p w14:paraId="017A09CA" w14:textId="77777777" w:rsidR="001942F7" w:rsidRDefault="00000000">
      <w:pPr>
        <w:keepLines/>
      </w:pPr>
      <w:r>
        <w:rPr>
          <w:sz w:val="16"/>
        </w:rPr>
        <w:t>Las actividades de primeros auxilios, seguridad, maquinaria, electricidad, alturas, espacios confinados y demás prácticas se desarrollarán con fines formativos y bajo las condiciones de seguridad que determine la Coordinación. La participación no autoriza al alumno a realizar intervenciones profesionales para las que no cuente con la formación, autorización o acreditación correspondiente.</w:t>
      </w:r>
    </w:p>
    <w:p w14:paraId="41D64B6C" w14:textId="77777777" w:rsidR="001942F7" w:rsidRDefault="00000000">
      <w:pPr>
        <w:keepNext/>
        <w:spacing w:before="100" w:after="60"/>
      </w:pPr>
      <w:r>
        <w:rPr>
          <w:b/>
          <w:color w:val="102A43"/>
          <w:sz w:val="19"/>
        </w:rPr>
        <w:t>NOVENA. ACEPTACIÓN</w:t>
      </w:r>
    </w:p>
    <w:p w14:paraId="55183B30" w14:textId="0A710D1B" w:rsidR="001942F7" w:rsidRDefault="00000000">
      <w:pPr>
        <w:keepLines/>
        <w:spacing w:after="100"/>
      </w:pPr>
      <w:r>
        <w:rPr>
          <w:sz w:val="16"/>
        </w:rPr>
        <w:t>Declaro que leí este documento, que se me explicaron las condiciones económicas indicadas y que comprendo que la cantidad de $</w:t>
      </w:r>
      <w:r w:rsidR="00F1367B">
        <w:rPr>
          <w:sz w:val="16"/>
        </w:rPr>
        <w:t>9</w:t>
      </w:r>
      <w:r>
        <w:rPr>
          <w:sz w:val="16"/>
        </w:rPr>
        <w:t xml:space="preserve">,000.00 MXN es </w:t>
      </w:r>
      <w:r w:rsidR="00F1367B">
        <w:rPr>
          <w:sz w:val="16"/>
        </w:rPr>
        <w:t>el costo</w:t>
      </w:r>
      <w:r>
        <w:rPr>
          <w:sz w:val="16"/>
        </w:rPr>
        <w:t xml:space="preserve"> con descuento. Acepto las condiciones anteriores y manifiesto que las dudas relativas a costos adicionales, calendario, criterios académicos y política de cancelación deberán aclararse por escrito antes de asumir compromisos adicionales.</w:t>
      </w:r>
    </w:p>
    <w:p w14:paraId="1DA37449" w14:textId="4B6FDCD6" w:rsidR="001942F7" w:rsidRDefault="00000000">
      <w:pPr>
        <w:keepLines/>
      </w:pPr>
      <w:r>
        <w:rPr>
          <w:b/>
          <w:color w:val="102A43"/>
          <w:sz w:val="15"/>
        </w:rPr>
        <w:t>Confirmaciones del participante:   [ ] Acepto el monto de inscripción de $</w:t>
      </w:r>
      <w:r w:rsidR="00E53C87">
        <w:rPr>
          <w:b/>
          <w:color w:val="102A43"/>
          <w:sz w:val="15"/>
        </w:rPr>
        <w:t>9</w:t>
      </w:r>
      <w:r>
        <w:rPr>
          <w:b/>
          <w:color w:val="102A43"/>
          <w:sz w:val="15"/>
        </w:rPr>
        <w:t>,000.00 MXN.   [ ] Recibí información sobre costos adicionales, si los hay.   [ ] Recibí la política de cancelaciones/reembolsos.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1942F7" w14:paraId="48AF1462" w14:textId="77777777">
        <w:trPr>
          <w:jc w:val="center"/>
        </w:trPr>
        <w:tc>
          <w:tcPr>
            <w:tcW w:w="3250" w:type="dxa"/>
            <w:tcMar>
              <w:top w:w="250" w:type="dxa"/>
              <w:left w:w="150" w:type="dxa"/>
              <w:bottom w:w="50" w:type="dxa"/>
              <w:right w:w="150" w:type="dxa"/>
            </w:tcMar>
            <w:vAlign w:val="bottom"/>
          </w:tcPr>
          <w:p w14:paraId="22B0D1D0" w14:textId="77777777" w:rsidR="001942F7" w:rsidRDefault="00000000">
            <w:pPr>
              <w:spacing w:before="400" w:after="60"/>
              <w:jc w:val="center"/>
            </w:pPr>
            <w:r>
              <w:rPr>
                <w:color w:val="5A6573"/>
                <w:sz w:val="16"/>
              </w:rPr>
              <w:t>________________________________</w:t>
            </w:r>
          </w:p>
          <w:p w14:paraId="746DE25D" w14:textId="77777777" w:rsidR="001942F7" w:rsidRDefault="00000000">
            <w:pPr>
              <w:spacing w:after="0"/>
              <w:jc w:val="center"/>
            </w:pPr>
            <w:r>
              <w:rPr>
                <w:b/>
                <w:color w:val="102A43"/>
                <w:sz w:val="15"/>
              </w:rPr>
              <w:t>Nombre y firma del participante</w:t>
            </w:r>
          </w:p>
        </w:tc>
        <w:tc>
          <w:tcPr>
            <w:tcW w:w="3250" w:type="dxa"/>
            <w:tcMar>
              <w:top w:w="250" w:type="dxa"/>
              <w:left w:w="150" w:type="dxa"/>
              <w:bottom w:w="50" w:type="dxa"/>
              <w:right w:w="150" w:type="dxa"/>
            </w:tcMar>
            <w:vAlign w:val="bottom"/>
          </w:tcPr>
          <w:p w14:paraId="369206C4" w14:textId="77777777" w:rsidR="001942F7" w:rsidRDefault="00000000">
            <w:pPr>
              <w:spacing w:before="400" w:after="60"/>
              <w:jc w:val="center"/>
            </w:pPr>
            <w:r>
              <w:rPr>
                <w:color w:val="5A6573"/>
                <w:sz w:val="16"/>
              </w:rPr>
              <w:t>________________________________</w:t>
            </w:r>
          </w:p>
          <w:p w14:paraId="1B1A6625" w14:textId="77777777" w:rsidR="001942F7" w:rsidRDefault="00000000">
            <w:pPr>
              <w:spacing w:after="0"/>
              <w:jc w:val="center"/>
            </w:pPr>
            <w:r>
              <w:rPr>
                <w:b/>
                <w:color w:val="102A43"/>
                <w:sz w:val="15"/>
              </w:rPr>
              <w:t>Nombre y firma del representante INGENNYA</w:t>
            </w:r>
          </w:p>
        </w:tc>
        <w:tc>
          <w:tcPr>
            <w:tcW w:w="3250" w:type="dxa"/>
            <w:tcMar>
              <w:top w:w="250" w:type="dxa"/>
              <w:left w:w="150" w:type="dxa"/>
              <w:bottom w:w="50" w:type="dxa"/>
              <w:right w:w="150" w:type="dxa"/>
            </w:tcMar>
            <w:vAlign w:val="bottom"/>
          </w:tcPr>
          <w:p w14:paraId="5ECD6438" w14:textId="77777777" w:rsidR="001942F7" w:rsidRDefault="00000000">
            <w:pPr>
              <w:spacing w:before="400" w:after="60"/>
              <w:jc w:val="center"/>
            </w:pPr>
            <w:r>
              <w:rPr>
                <w:color w:val="5A6573"/>
                <w:sz w:val="16"/>
              </w:rPr>
              <w:t>________________________________</w:t>
            </w:r>
          </w:p>
          <w:p w14:paraId="088A9CD4" w14:textId="77777777" w:rsidR="001942F7" w:rsidRDefault="00000000">
            <w:pPr>
              <w:spacing w:after="0"/>
              <w:jc w:val="center"/>
            </w:pPr>
            <w:r>
              <w:rPr>
                <w:b/>
                <w:color w:val="102A43"/>
                <w:sz w:val="15"/>
              </w:rPr>
              <w:t>Lugar y fecha</w:t>
            </w:r>
          </w:p>
        </w:tc>
      </w:tr>
    </w:tbl>
    <w:p w14:paraId="7FADC33F" w14:textId="77777777" w:rsidR="001942F7" w:rsidRDefault="00000000">
      <w:pPr>
        <w:keepLines/>
        <w:spacing w:before="140" w:after="0"/>
        <w:jc w:val="center"/>
      </w:pPr>
      <w:r>
        <w:rPr>
          <w:b/>
          <w:color w:val="C8A227"/>
          <w:sz w:val="15"/>
        </w:rPr>
        <w:t>Contacto para dudas: 474 149 5942  |  ingennyaehs26@gmail.com</w:t>
      </w:r>
    </w:p>
    <w:sectPr w:rsidR="001942F7" w:rsidSect="00034616">
      <w:headerReference w:type="default" r:id="rId8"/>
      <w:footerReference w:type="default" r:id="rId9"/>
      <w:pgSz w:w="11906" w:h="16838"/>
      <w:pgMar w:top="1219" w:right="1020" w:bottom="964" w:left="1020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48154" w14:textId="77777777" w:rsidR="00E231DE" w:rsidRDefault="00E231DE">
      <w:pPr>
        <w:spacing w:after="0" w:line="240" w:lineRule="auto"/>
      </w:pPr>
      <w:r>
        <w:separator/>
      </w:r>
    </w:p>
  </w:endnote>
  <w:endnote w:type="continuationSeparator" w:id="0">
    <w:p w14:paraId="6A970917" w14:textId="77777777" w:rsidR="00E231DE" w:rsidRDefault="00E2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AB65" w14:textId="77777777" w:rsidR="001942F7" w:rsidRDefault="00000000">
    <w:pPr>
      <w:pStyle w:val="Piedepgina"/>
      <w:jc w:val="center"/>
    </w:pPr>
    <w:r>
      <w:rPr>
        <w:b/>
        <w:color w:val="102A43"/>
        <w:sz w:val="14"/>
      </w:rPr>
      <w:t xml:space="preserve">INGENNYA EHS  •  </w:t>
    </w:r>
    <w:r>
      <w:rPr>
        <w:color w:val="5A6573"/>
        <w:sz w:val="14"/>
      </w:rPr>
      <w:t>Juntos creamos un entorno seguro  •  Documento administrativo de inscripción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DB5E" w14:textId="77777777" w:rsidR="00E231DE" w:rsidRDefault="00E231DE">
      <w:pPr>
        <w:spacing w:after="0" w:line="240" w:lineRule="auto"/>
      </w:pPr>
      <w:r>
        <w:separator/>
      </w:r>
    </w:p>
  </w:footnote>
  <w:footnote w:type="continuationSeparator" w:id="0">
    <w:p w14:paraId="4F957E6C" w14:textId="77777777" w:rsidR="00E231DE" w:rsidRDefault="00E23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F112" w14:textId="77777777" w:rsidR="001942F7" w:rsidRDefault="001942F7">
    <w:pPr>
      <w:pStyle w:val="Encabezado"/>
      <w:spacing w:line="20" w:lineRule="exact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76"/>
      <w:gridCol w:w="4876"/>
    </w:tblGrid>
    <w:tr w:rsidR="001942F7" w14:paraId="5264A90E" w14:textId="77777777">
      <w:trPr>
        <w:jc w:val="center"/>
      </w:trPr>
      <w:tc>
        <w:tcPr>
          <w:tcW w:w="4876" w:type="dxa"/>
          <w:tcBorders>
            <w:bottom w:val="single" w:sz="18" w:space="0" w:color="C8A227"/>
          </w:tcBorders>
          <w:tcMar>
            <w:top w:w="20" w:type="dxa"/>
            <w:left w:w="50" w:type="dxa"/>
            <w:bottom w:w="60" w:type="dxa"/>
            <w:right w:w="50" w:type="dxa"/>
          </w:tcMar>
          <w:vAlign w:val="center"/>
        </w:tcPr>
        <w:p w14:paraId="6E8F37A6" w14:textId="77777777" w:rsidR="001942F7" w:rsidRDefault="00000000">
          <w:pPr>
            <w:spacing w:after="0"/>
          </w:pPr>
          <w:r>
            <w:rPr>
              <w:b/>
              <w:color w:val="102A43"/>
              <w:sz w:val="38"/>
            </w:rPr>
            <w:t>INGENNYA</w:t>
          </w:r>
        </w:p>
        <w:p w14:paraId="0756BBBE" w14:textId="77777777" w:rsidR="001942F7" w:rsidRDefault="00000000">
          <w:pPr>
            <w:spacing w:after="0" w:line="240" w:lineRule="auto"/>
          </w:pPr>
          <w:r>
            <w:rPr>
              <w:b/>
              <w:color w:val="C8A227"/>
              <w:sz w:val="13"/>
            </w:rPr>
            <w:t>SEGURIDAD • SALUD • MEDIO AMBIENTE</w:t>
          </w:r>
        </w:p>
      </w:tc>
      <w:tc>
        <w:tcPr>
          <w:tcW w:w="4876" w:type="dxa"/>
          <w:tcBorders>
            <w:bottom w:val="single" w:sz="18" w:space="0" w:color="C8A227"/>
          </w:tcBorders>
          <w:tcMar>
            <w:top w:w="20" w:type="dxa"/>
            <w:left w:w="50" w:type="dxa"/>
            <w:bottom w:w="60" w:type="dxa"/>
            <w:right w:w="50" w:type="dxa"/>
          </w:tcMar>
          <w:vAlign w:val="center"/>
        </w:tcPr>
        <w:p w14:paraId="256D12CF" w14:textId="77777777" w:rsidR="001942F7" w:rsidRDefault="00000000">
          <w:pPr>
            <w:spacing w:after="0"/>
            <w:jc w:val="right"/>
          </w:pPr>
          <w:r>
            <w:rPr>
              <w:b/>
              <w:color w:val="C8A227"/>
              <w:sz w:val="16"/>
            </w:rPr>
            <w:t>JUNTOS CREAMOS UN ENTORNO SEGURO</w:t>
          </w:r>
        </w:p>
        <w:p w14:paraId="64775E2C" w14:textId="77777777" w:rsidR="001942F7" w:rsidRDefault="00000000">
          <w:pPr>
            <w:spacing w:after="0"/>
            <w:jc w:val="right"/>
          </w:pPr>
          <w:r>
            <w:rPr>
              <w:color w:val="5A6573"/>
              <w:sz w:val="14"/>
            </w:rPr>
            <w:t>474 149 5942  |  ingennyaehs26@gmail.com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5512119">
    <w:abstractNumId w:val="8"/>
  </w:num>
  <w:num w:numId="2" w16cid:durableId="363558240">
    <w:abstractNumId w:val="6"/>
  </w:num>
  <w:num w:numId="3" w16cid:durableId="1179539523">
    <w:abstractNumId w:val="5"/>
  </w:num>
  <w:num w:numId="4" w16cid:durableId="49501270">
    <w:abstractNumId w:val="4"/>
  </w:num>
  <w:num w:numId="5" w16cid:durableId="1743065117">
    <w:abstractNumId w:val="7"/>
  </w:num>
  <w:num w:numId="6" w16cid:durableId="348797092">
    <w:abstractNumId w:val="3"/>
  </w:num>
  <w:num w:numId="7" w16cid:durableId="1910073532">
    <w:abstractNumId w:val="2"/>
  </w:num>
  <w:num w:numId="8" w16cid:durableId="1717510125">
    <w:abstractNumId w:val="1"/>
  </w:num>
  <w:num w:numId="9" w16cid:durableId="11432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2F7"/>
    <w:rsid w:val="00216873"/>
    <w:rsid w:val="0029639D"/>
    <w:rsid w:val="00326F90"/>
    <w:rsid w:val="003A7DED"/>
    <w:rsid w:val="003B6FB4"/>
    <w:rsid w:val="00417D2D"/>
    <w:rsid w:val="00557841"/>
    <w:rsid w:val="00A26429"/>
    <w:rsid w:val="00A4594E"/>
    <w:rsid w:val="00AA1D8D"/>
    <w:rsid w:val="00B47730"/>
    <w:rsid w:val="00CB0664"/>
    <w:rsid w:val="00DD44C8"/>
    <w:rsid w:val="00E231DE"/>
    <w:rsid w:val="00E53C87"/>
    <w:rsid w:val="00E77CE3"/>
    <w:rsid w:val="00F136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9635E15-5E51-47EC-8823-20376599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color w:val="202A35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924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Términos y condiciones de inscripción - Diplomado INGENNYA EHS</dc:title>
  <dc:subject/>
  <dc:creator>INGENNYA EHS</dc:creator>
  <cp:keywords/>
  <dc:description>generated by python-docx</dc:description>
  <cp:lastModifiedBy>Israel Murguia</cp:lastModifiedBy>
  <cp:revision>11</cp:revision>
  <dcterms:created xsi:type="dcterms:W3CDTF">2013-12-23T23:15:00Z</dcterms:created>
  <dcterms:modified xsi:type="dcterms:W3CDTF">2026-10-18T03:32:00Z</dcterms:modified>
  <cp:category/>
</cp:coreProperties>
</file>